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INSURANCE CLAIM DEMAND LETTER</w:t>
      </w:r>
    </w:p>
    <w:p/>
    <w:p>
      <w:r>
        <w:rPr>
          <w:b/>
          <w:sz w:val="20"/>
        </w:rPr>
        <w:t>Claimant Information:</w:t>
      </w:r>
    </w:p>
    <w:p>
      <w:r>
        <w:rPr>
          <w:b w:val="0"/>
          <w:sz w:val="20"/>
        </w:rPr>
        <w:t>Full Name: ________________________________________________________________</w:t>
      </w:r>
    </w:p>
    <w:p>
      <w:r>
        <w:rPr>
          <w:b w:val="0"/>
          <w:sz w:val="20"/>
        </w:rPr>
        <w:t>Address: _________________________________________________________________</w:t>
      </w:r>
    </w:p>
    <w:p>
      <w:r>
        <w:rPr>
          <w:b w:val="0"/>
          <w:sz w:val="20"/>
        </w:rPr>
        <w:t>Phone: ___________________________________________________________________</w:t>
      </w:r>
    </w:p>
    <w:p>
      <w:r>
        <w:rPr>
          <w:b w:val="0"/>
          <w:sz w:val="20"/>
        </w:rPr>
        <w:t>Email: ___________________________________________________________________</w:t>
      </w:r>
    </w:p>
    <w:p/>
    <w:p>
      <w:r>
        <w:rPr>
          <w:b/>
          <w:sz w:val="20"/>
        </w:rPr>
        <w:t>Insurance Company Information:</w:t>
      </w:r>
    </w:p>
    <w:p>
      <w:r>
        <w:rPr>
          <w:b w:val="0"/>
          <w:sz w:val="20"/>
        </w:rPr>
        <w:t>Company Name: _____________________________________________________________</w:t>
      </w:r>
    </w:p>
    <w:p>
      <w:r>
        <w:rPr>
          <w:b w:val="0"/>
          <w:sz w:val="20"/>
        </w:rPr>
        <w:t>Claims Department Address: _________________________________________________</w:t>
      </w:r>
    </w:p>
    <w:p>
      <w:r>
        <w:rPr>
          <w:b w:val="0"/>
          <w:sz w:val="20"/>
        </w:rPr>
        <w:t>Phone: ___________________________________________________________________</w:t>
      </w:r>
    </w:p>
    <w:p>
      <w:r>
        <w:rPr>
          <w:b w:val="0"/>
          <w:sz w:val="20"/>
        </w:rPr>
        <w:t>Policy Number: ____________________________________________________________</w:t>
      </w:r>
    </w:p>
    <w:p/>
    <w:p>
      <w:r>
        <w:rPr>
          <w:b/>
          <w:sz w:val="20"/>
        </w:rPr>
        <w:t>Insurance Agent / Adjuster Information (if applicable):</w:t>
      </w:r>
    </w:p>
    <w:p>
      <w:r>
        <w:rPr>
          <w:b w:val="0"/>
          <w:sz w:val="20"/>
        </w:rPr>
        <w:t>Name: ____________________________________________________________________</w:t>
      </w:r>
    </w:p>
    <w:p>
      <w:r>
        <w:rPr>
          <w:b w:val="0"/>
          <w:sz w:val="20"/>
        </w:rPr>
        <w:t>Phone: ___________________________________________________________________</w:t>
      </w:r>
    </w:p>
    <w:p>
      <w:r>
        <w:rPr>
          <w:b w:val="0"/>
          <w:sz w:val="20"/>
        </w:rPr>
        <w:t>Email: ___________________________________________________________________</w:t>
      </w:r>
    </w:p>
    <w:p/>
    <w:p>
      <w:r>
        <w:rPr>
          <w:b/>
          <w:sz w:val="20"/>
        </w:rPr>
        <w:t>Incident Details:</w:t>
      </w:r>
    </w:p>
    <w:p>
      <w:r>
        <w:rPr>
          <w:b w:val="0"/>
          <w:sz w:val="20"/>
        </w:rPr>
        <w:t>Date of Incident: _________________________________________________________</w:t>
      </w:r>
    </w:p>
    <w:p>
      <w:r>
        <w:rPr>
          <w:b w:val="0"/>
          <w:sz w:val="20"/>
        </w:rPr>
        <w:t>Location of Incident: _____________________________________________________</w:t>
      </w:r>
    </w:p>
    <w:p>
      <w:r>
        <w:rPr>
          <w:b w:val="0"/>
          <w:sz w:val="20"/>
        </w:rPr>
        <w:t>Description of Incident:</w:t>
      </w:r>
    </w:p>
    <w:p>
      <w:r>
        <w:rPr>
          <w:b w:val="0"/>
          <w:sz w:val="20"/>
        </w:rPr>
        <w:t>___________________________________________________________________________</w:t>
      </w:r>
    </w:p>
    <w:p>
      <w:r>
        <w:rPr>
          <w:b w:val="0"/>
          <w:sz w:val="20"/>
        </w:rPr>
        <w:t>___________________________________________________________________________</w:t>
      </w:r>
    </w:p>
    <w:p>
      <w:r>
        <w:rPr>
          <w:b w:val="0"/>
          <w:sz w:val="20"/>
        </w:rPr>
        <w:t>___________________________________________________________________________</w:t>
      </w:r>
    </w:p>
    <w:p/>
    <w:p>
      <w:r>
        <w:rPr>
          <w:b/>
          <w:sz w:val="20"/>
        </w:rPr>
        <w:t>Policy Coverage Summary:</w:t>
      </w:r>
    </w:p>
    <w:p>
      <w:r>
        <w:rPr>
          <w:b w:val="0"/>
          <w:sz w:val="20"/>
        </w:rPr>
        <w:t>Type of Insurance Policy: _________________________________________________</w:t>
      </w:r>
    </w:p>
    <w:p>
      <w:r>
        <w:rPr>
          <w:b w:val="0"/>
          <w:sz w:val="20"/>
        </w:rPr>
        <w:t>Coverage Limits: _________________________________________________________</w:t>
      </w:r>
    </w:p>
    <w:p>
      <w:r>
        <w:rPr>
          <w:b w:val="0"/>
          <w:sz w:val="20"/>
        </w:rPr>
        <w:t>Deductible Amount: ______________________________________________________</w:t>
      </w:r>
    </w:p>
    <w:p>
      <w:r>
        <w:rPr>
          <w:b w:val="0"/>
          <w:sz w:val="20"/>
        </w:rPr>
        <w:t>Brief summary of relevant coverage terms:</w:t>
      </w:r>
    </w:p>
    <w:p>
      <w:r>
        <w:rPr>
          <w:b w:val="0"/>
          <w:sz w:val="20"/>
        </w:rPr>
        <w:t>___________________________________________________________________________</w:t>
      </w:r>
    </w:p>
    <w:p>
      <w:r>
        <w:rPr>
          <w:b w:val="0"/>
          <w:sz w:val="20"/>
        </w:rPr>
        <w:t>___________________________________________________________________________</w:t>
      </w:r>
    </w:p>
    <w:p/>
    <w:p>
      <w:r>
        <w:rPr>
          <w:b/>
          <w:sz w:val="20"/>
        </w:rPr>
        <w:t>Loss and Damages:</w:t>
      </w:r>
    </w:p>
    <w:p>
      <w:r>
        <w:rPr>
          <w:b w:val="0"/>
          <w:sz w:val="20"/>
        </w:rPr>
        <w:t>Description of Loss and Damages Incurred:</w:t>
      </w:r>
    </w:p>
    <w:p>
      <w:r>
        <w:rPr>
          <w:b w:val="0"/>
          <w:sz w:val="20"/>
        </w:rPr>
        <w:t>___________________________________________________________________________</w:t>
      </w:r>
    </w:p>
    <w:p>
      <w:r>
        <w:rPr>
          <w:b w:val="0"/>
          <w:sz w:val="20"/>
        </w:rPr>
        <w:t>___________________________________________________________________________</w:t>
      </w:r>
    </w:p>
    <w:p>
      <w:r>
        <w:rPr>
          <w:b w:val="0"/>
          <w:sz w:val="20"/>
        </w:rPr>
        <w:t>___________________________________________________________________________</w:t>
      </w:r>
    </w:p>
    <w:p>
      <w:r>
        <w:rPr>
          <w:b w:val="0"/>
          <w:sz w:val="20"/>
        </w:rPr>
        <w:t>Estimated Amount of Loss (attach supporting documentation):</w:t>
      </w:r>
    </w:p>
    <w:p>
      <w:r>
        <w:rPr>
          <w:b w:val="0"/>
          <w:sz w:val="20"/>
        </w:rPr>
        <w:t>___________________________________________________________________________</w:t>
      </w:r>
    </w:p>
    <w:p>
      <w:r>
        <w:rPr>
          <w:b w:val="0"/>
          <w:sz w:val="20"/>
        </w:rPr>
        <w:t>___________________________________________________________________________</w:t>
      </w:r>
    </w:p>
    <w:p/>
    <w:p>
      <w:r>
        <w:rPr>
          <w:b/>
          <w:sz w:val="20"/>
        </w:rPr>
        <w:t>Supporting Documentation Provided:</w:t>
      </w:r>
    </w:p>
    <w:p>
      <w:r>
        <w:rPr>
          <w:b w:val="0"/>
          <w:sz w:val="20"/>
        </w:rPr>
        <w:t>- Incident Report: _________________________________________________________</w:t>
      </w:r>
    </w:p>
    <w:p>
      <w:r>
        <w:rPr>
          <w:b w:val="0"/>
          <w:sz w:val="20"/>
        </w:rPr>
        <w:t>- Photographs: ____________________________________________________________</w:t>
      </w:r>
    </w:p>
    <w:p>
      <w:r>
        <w:rPr>
          <w:b w:val="0"/>
          <w:sz w:val="20"/>
        </w:rPr>
        <w:t>- Repair Estimates: _______________________________________________________</w:t>
      </w:r>
    </w:p>
    <w:p>
      <w:r>
        <w:rPr>
          <w:b w:val="0"/>
          <w:sz w:val="20"/>
        </w:rPr>
        <w:t>- Medical Reports (if applicable): _________________________________________</w:t>
      </w:r>
    </w:p>
    <w:p>
      <w:r>
        <w:rPr>
          <w:b w:val="0"/>
          <w:sz w:val="20"/>
        </w:rPr>
        <w:t>- Police Report Number (if applicable): ____________________________________</w:t>
      </w:r>
    </w:p>
    <w:p>
      <w:r>
        <w:rPr>
          <w:b w:val="0"/>
          <w:sz w:val="20"/>
        </w:rPr>
        <w:t>- Other Relevant Documents: _______________________________________________</w:t>
      </w:r>
    </w:p>
    <w:p/>
    <w:p>
      <w:r>
        <w:rPr>
          <w:b/>
          <w:sz w:val="20"/>
        </w:rPr>
        <w:t>Statement of Demand:</w:t>
      </w:r>
    </w:p>
    <w:p>
      <w:r>
        <w:rPr>
          <w:b w:val="0"/>
          <w:sz w:val="20"/>
        </w:rPr>
        <w:t>Pursuant to the terms and conditions of the insurance policy referenced above, and in accordance with applicable United States laws and regulations, the undersigned hereby submits a formal demand for payment of the full amount of the loss and damages sustained as detailed herein. The undersigned requests prompt and fair adjustment of this claim and immediate payment of the amount due. Failure to resolve this matter expeditiously may result in further legal action to enforce the insured's rights under the policy.</w:t>
      </w:r>
    </w:p>
    <w:p/>
    <w:p>
      <w:r>
        <w:rPr>
          <w:b/>
          <w:sz w:val="20"/>
        </w:rPr>
        <w:t>Legal References and Compliance:</w:t>
      </w:r>
    </w:p>
    <w:p>
      <w:r>
        <w:rPr>
          <w:b w:val="0"/>
          <w:sz w:val="20"/>
        </w:rPr>
        <w:t>This demand letter is submitted pursuant to the contractual obligations under the insurance policy and applicable state and federal laws governing insurance claims and bad faith practices. The claimant reserves all rights to pursue any and all remedies available under the law, including but not limited to, statutory penalties, interest, and attorneys’ fees in the event of wrongful denial, delay, or underpayment of this claim.</w:t>
      </w:r>
    </w:p>
    <w:p/>
    <w:p>
      <w:r>
        <w:rPr>
          <w:b/>
          <w:sz w:val="20"/>
        </w:rPr>
        <w:t>Contact for Resolution:</w:t>
      </w:r>
    </w:p>
    <w:p>
      <w:r>
        <w:rPr>
          <w:b w:val="0"/>
          <w:sz w:val="20"/>
        </w:rPr>
        <w:t>Please direct all correspondence and communications regarding this claim to the undersigned claimant or their authorized representative at the contact information provided above.</w:t>
      </w:r>
    </w:p>
    <w:p/>
    <w:p/>
    <w:p>
      <w:r>
        <w:rPr>
          <w:b w:val="0"/>
          <w:sz w:val="20"/>
        </w:rPr>
        <w:t>Date: __________________________________________</w:t>
      </w:r>
    </w:p>
    <w:p/>
    <w:p/>
    <w:p>
      <w:r>
        <w:rPr>
          <w:b w:val="0"/>
          <w:sz w:val="20"/>
        </w:rPr>
        <w:t>Signature of Claimant: __________________________</w:t>
      </w:r>
    </w:p>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left"/>
            </w:pPr>
            <w:r>
              <w:t>Claimant Name:</w:t>
            </w:r>
          </w:p>
        </w:tc>
        <w:tc>
          <w:tcPr>
            <w:tcW w:type="dxa" w:w="4986"/>
            <w:tcBorders>
              <w:top w:val="nil"/>
              <w:left w:val="nil"/>
              <w:bottom w:val="nil"/>
              <w:right w:val="nil"/>
              <w:insideH w:val="nil"/>
              <w:insideV w:val="nil"/>
            </w:tcBorders>
          </w:tcPr>
          <w:p>
            <w:pPr>
              <w:jc w:val="left"/>
            </w:pPr>
            <w:r>
              <w:t>Authorized Representative Name (if applicable):</w:t>
            </w:r>
          </w:p>
        </w:tc>
      </w:tr>
      <w:tr>
        <w:tc>
          <w:tcPr>
            <w:tcW w:type="dxa" w:w="4986"/>
            <w:tcBorders>
              <w:top w:val="nil"/>
              <w:left w:val="nil"/>
              <w:bottom w:val="nil"/>
              <w:right w:val="nil"/>
              <w:insideH w:val="nil"/>
              <w:insideV w:val="nil"/>
            </w:tcBorders>
          </w:tcPr>
          <w:p>
            <w:pPr>
              <w:jc w:val="left"/>
            </w:pPr>
            <w:r>
              <w:t>________________________________________</w:t>
            </w:r>
          </w:p>
        </w:tc>
        <w:tc>
          <w:tcPr>
            <w:tcW w:type="dxa" w:w="4986"/>
            <w:tcBorders>
              <w:top w:val="nil"/>
              <w:left w:val="nil"/>
              <w:bottom w:val="nil"/>
              <w:right w:val="nil"/>
              <w:insideH w:val="nil"/>
              <w:insideV w:val="nil"/>
            </w:tcBorders>
          </w:tcPr>
          <w:p>
            <w:pPr>
              <w:jc w:val="left"/>
            </w:pPr>
            <w:r>
              <w:t>________________________________________</w:t>
            </w:r>
          </w:p>
        </w:tc>
      </w:tr>
    </w:tbl>
    <w:p/>
    <w:p/>
    <w:p>
      <w:pPr>
        <w:jc w:val="center"/>
      </w:pPr>
      <w:r>
        <w:rPr>
          <w:b/>
          <w:sz w:val="20"/>
        </w:rPr>
        <w:t>NOTARY ACKNOWLEDGMENT</w:t>
      </w:r>
    </w:p>
    <w:p/>
    <w:p>
      <w:r>
        <w:rPr>
          <w:b w:val="0"/>
          <w:sz w:val="20"/>
        </w:rPr>
        <w:t>State of ____________________________</w:t>
      </w:r>
    </w:p>
    <w:p>
      <w:r>
        <w:rPr>
          <w:b w:val="0"/>
          <w:sz w:val="20"/>
        </w:rPr>
        <w:t>County of __________________________</w:t>
      </w:r>
    </w:p>
    <w:p/>
    <w:p>
      <w:r>
        <w:rPr>
          <w:b w:val="0"/>
          <w:sz w:val="20"/>
        </w:rPr>
        <w:t>On ____________________, before me, _________________________________, a Notary Public in and for said state, personally appeared _____________________________, personally known to me or proved to me on the basis of satisfactory evidence to be the person(s) whose name(s) is/are subscribed to this instrument, and acknowledged that he/she/they executed the same in his/her/their authorized capacity(ies), and that by his/her/their signature(s) on the instrument the person(s), or the entity upon behalf of which the person(s) acted, executed the instrument.</w:t>
      </w:r>
    </w:p>
    <w:p/>
    <w:p>
      <w:r>
        <w:rPr>
          <w:b w:val="0"/>
          <w:sz w:val="20"/>
        </w:rPr>
        <w:t>I certify under PENALTY OF PERJURY under the laws of the State of __________________ that the foregoing paragraph is true and correct.</w:t>
      </w:r>
    </w:p>
    <w:p/>
    <w:p>
      <w:r>
        <w:rPr>
          <w:b w:val="0"/>
          <w:sz w:val="20"/>
        </w:rPr>
        <w:t>WITNESS my hand and official seal.</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left"/>
            </w:pPr>
            <w:r>
              <w:t>Notary Signature:</w:t>
            </w:r>
          </w:p>
        </w:tc>
        <w:tc>
          <w:tcPr>
            <w:tcW w:type="dxa" w:w="4986"/>
            <w:tcBorders>
              <w:top w:val="nil"/>
              <w:left w:val="nil"/>
              <w:bottom w:val="nil"/>
              <w:right w:val="nil"/>
              <w:insideH w:val="nil"/>
              <w:insideV w:val="nil"/>
            </w:tcBorders>
          </w:tcPr>
          <w:p>
            <w:pPr>
              <w:jc w:val="left"/>
            </w:pPr>
            <w:r>
              <w:t>Date Commission Expires:</w:t>
            </w:r>
          </w:p>
        </w:tc>
      </w:tr>
      <w:tr>
        <w:tc>
          <w:tcPr>
            <w:tcW w:type="dxa" w:w="4986"/>
            <w:tcBorders>
              <w:top w:val="nil"/>
              <w:left w:val="nil"/>
              <w:bottom w:val="nil"/>
              <w:right w:val="nil"/>
              <w:insideH w:val="nil"/>
              <w:insideV w:val="nil"/>
            </w:tcBorders>
          </w:tcPr>
          <w:p>
            <w:pPr>
              <w:jc w:val="left"/>
            </w:pPr>
            <w:r>
              <w:t>____________________________</w:t>
            </w:r>
          </w:p>
        </w:tc>
        <w:tc>
          <w:tcPr>
            <w:tcW w:type="dxa" w:w="4986"/>
            <w:tcBorders>
              <w:top w:val="nil"/>
              <w:left w:val="nil"/>
              <w:bottom w:val="nil"/>
              <w:right w:val="nil"/>
              <w:insideH w:val="nil"/>
              <w:insideV w:val="nil"/>
            </w:tcBorders>
          </w:tcPr>
          <w:p>
            <w:pPr>
              <w:jc w:val="left"/>
            </w:pPr>
            <w:r>
              <w:t>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https://lettertemplate-us.com/insurance-claim-demand-letter/</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https://lettertemplate-us.com</w:t>
        </w:r>
      </w:hyperlink>
    </w:p>
    <w:p>
      <w:pPr>
        <w:jc w:val="center"/>
      </w:pPr>
      <w:r>
        <w:rPr>
          <w:color w:val="808080"/>
          <w:sz w:val="20"/>
        </w:rPr>
        <w:t>This template is intended exclusively for personal, non-commercial use.</w:t>
        <w:br/>
        <w:t>If distributed or published, the source must be mentioned. © lettertemplate-us.com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lettertemplate-us.com/insurance-claim-demand-letter/" TargetMode="External"/><Relationship Id="rId10" Type="http://schemas.openxmlformats.org/officeDocument/2006/relationships/hyperlink" Target="https://lettertemplate-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