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JOB INTEREST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Hiring Manager / Contact Person: _______________________________________</w:t>
      </w:r>
    </w:p>
    <w:p>
      <w:r>
        <w:rPr>
          <w:b w:val="0"/>
          <w:sz w:val="20"/>
        </w:rPr>
        <w:t>Company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/>
    <w:p>
      <w:r>
        <w:rPr>
          <w:b/>
          <w:sz w:val="20"/>
        </w:rPr>
        <w:t>Subject: Expression of Interest for Employment Opportunity</w:t>
      </w:r>
    </w:p>
    <w:p/>
    <w:p/>
    <w:p>
      <w:r>
        <w:rPr>
          <w:b w:val="0"/>
          <w:sz w:val="20"/>
        </w:rPr>
        <w:t>Dear Hiring Manager,</w:t>
      </w:r>
    </w:p>
    <w:p/>
    <w:p>
      <w:r>
        <w:rPr>
          <w:b w:val="0"/>
          <w:sz w:val="20"/>
        </w:rPr>
        <w:t>I am writing to express my sincere interest in potential employment opportunities with your esteemed organization. Having researched your company’s values, mission, and achievements, I am confident that my skills, experience, and dedication align well with your team’s needs.</w:t>
      </w:r>
    </w:p>
    <w:p/>
    <w:p>
      <w:r>
        <w:rPr>
          <w:b w:val="0"/>
          <w:sz w:val="20"/>
        </w:rPr>
        <w:t>Throughout my professional career, I have demonstrated strong capabilities in my field, including but not limited to effective communication, problem-solving, teamwork, and the ability to adapt to dynamic work environments. I am eager to contribute positively to your organization’s continued success.</w:t>
      </w:r>
    </w:p>
    <w:p/>
    <w:p>
      <w:r>
        <w:rPr>
          <w:b w:val="0"/>
          <w:sz w:val="20"/>
        </w:rPr>
        <w:t>I hold relevant qualifications and possess experience that I believe would be valuable for the roles available at your company. I am highly motivated to learn, grow, and take on new challenges to advance both personally and professionally.</w:t>
      </w:r>
    </w:p>
    <w:p/>
    <w:p>
      <w:r>
        <w:rPr>
          <w:b w:val="0"/>
          <w:sz w:val="20"/>
        </w:rPr>
        <w:t>I have attached my résumé and other supporting documents for your review. I would appreciate the opportunity to discuss how my background, skills, and enthusiasm can meet the needs of your team.</w:t>
      </w:r>
    </w:p>
    <w:p/>
    <w:p>
      <w:r>
        <w:rPr>
          <w:b w:val="0"/>
          <w:sz w:val="20"/>
        </w:rPr>
        <w:t>Please note that this letter does not constitute a binding employment contract. Any offer of employment shall be subject to mutual agreement, background verification, and satisfaction of all applicable legal requirements under United States law.</w:t>
      </w:r>
    </w:p>
    <w:p/>
    <w:p>
      <w:r>
        <w:rPr>
          <w:b w:val="0"/>
          <w:sz w:val="20"/>
        </w:rPr>
        <w:t>Thank you for considering my application. I look forward to the possibility of contributing to your organization and welcome the opportunity for an interview at your convenience.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Signature</w:t>
      </w:r>
    </w:p>
    <w:p/>
    <w:p>
      <w:r>
        <w:rPr>
          <w:b w:val="0"/>
          <w:sz w:val="20"/>
        </w:rPr>
        <w:t>Full Name: ____________________________________________________________</w:t>
      </w:r>
    </w:p>
    <w:p/>
    <w:p/>
    <w:p>
      <w:r>
        <w:rPr>
          <w:b w:val="0"/>
          <w:sz w:val="20"/>
        </w:rPr>
        <w:t>Date: _________________________________________________________________</w:t>
      </w:r>
    </w:p>
    <w:p/>
    <w:p>
      <w:r>
        <w:rPr>
          <w:b/>
          <w:sz w:val="20"/>
        </w:rPr>
        <w:t>Attachments:</w:t>
      </w:r>
    </w:p>
    <w:p>
      <w:r>
        <w:rPr>
          <w:b w:val="0"/>
          <w:sz w:val="20"/>
        </w:rPr>
        <w:t>1. Résumé</w:t>
      </w:r>
    </w:p>
    <w:p>
      <w:r>
        <w:rPr>
          <w:b w:val="0"/>
          <w:sz w:val="20"/>
        </w:rPr>
        <w:t>2. References (if applicable)</w:t>
      </w:r>
    </w:p>
    <w:p>
      <w:r>
        <w:rPr>
          <w:b w:val="0"/>
          <w:sz w:val="20"/>
        </w:rPr>
        <w:t>3. Certifications and Licenses (if applicable)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https://lettertemplate-us.com/job-interest-letter/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job-interest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