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LADY WHISTLEDOWN'S SOCIETY PAPERS</w:t>
      </w:r>
    </w:p>
    <w:p>
      <w:pPr>
        <w:jc w:val="center"/>
      </w:pPr>
      <w:r>
        <w:rPr>
          <w:b/>
          <w:sz w:val="20"/>
        </w:rPr>
        <w:t>A LETTER TO THE TON</w:t>
      </w:r>
    </w:p>
    <w:p/>
    <w:p/>
    <w:p>
      <w:r>
        <w:rPr>
          <w:b/>
          <w:sz w:val="20"/>
        </w:rPr>
        <w:t>Dearest Readers,</w:t>
      </w:r>
    </w:p>
    <w:p/>
    <w:p>
      <w:r>
        <w:rPr>
          <w:b w:val="0"/>
          <w:sz w:val="20"/>
        </w:rPr>
        <w:t>It has come to my attention that the ton is abuzz with whispers and rumours that cannot be ignored. As always, it is my duty to illuminate the truth behind society’s most delicate matters for your discerning eyes. In this letter, you shall find the most exquisite details concerning notable events, scandals, and the machinations of those who dare to play the game of society.</w:t>
      </w:r>
    </w:p>
    <w:p/>
    <w:p/>
    <w:p>
      <w:r>
        <w:rPr>
          <w:b/>
          <w:sz w:val="20"/>
        </w:rPr>
        <w:t>Recent Engagements and Marriages</w:t>
      </w:r>
    </w:p>
    <w:p>
      <w:r>
        <w:rPr>
          <w:b w:val="0"/>
          <w:sz w:val="20"/>
        </w:rPr>
        <w:t>The season has been rife with joyous announcements as several alliances have been forged between the most eligible of the ton. Notably, the union between the Honourable Miss Penelope Featherington and Lord Marcus Bridgerton has been confirmed. Their courtship, marked by discreet dinners and stolen glances at Almack's, culminates in a match that promises both affection and advantageous connections.</w:t>
      </w:r>
    </w:p>
    <w:p/>
    <w:p>
      <w:r>
        <w:rPr>
          <w:b w:val="0"/>
          <w:sz w:val="20"/>
        </w:rPr>
        <w:t>Meanwhile, whispers persist concerning the sudden engagement of Miss Eloise Bridgerton to Mr. Theodore Crane, a gentleman of modest fortune but commendable lineage. Despite initial skepticism, their determination to wed speaks volumes of their resolve against societal expectations.</w:t>
      </w:r>
    </w:p>
    <w:p/>
    <w:p>
      <w:r>
        <w:rPr>
          <w:b/>
          <w:sz w:val="20"/>
        </w:rPr>
        <w:t>Scandals and Discretions</w:t>
      </w:r>
    </w:p>
    <w:p>
      <w:r>
        <w:rPr>
          <w:b w:val="0"/>
          <w:sz w:val="20"/>
        </w:rPr>
        <w:t>Yet, not all is serene within the drawing rooms and ballrooms. The recent disappearance of Lady Lavender Bridgerton from public view has stirred speculation. Sources allege her involvement in an unfortunate affair with a certain viscount, whose name remains closely guarded but whose reputation precedes him. The ton watches with bated breath for her eventual reappearance and the consequences it may bear.</w:t>
      </w:r>
    </w:p>
    <w:p/>
    <w:p>
      <w:r>
        <w:rPr>
          <w:b w:val="0"/>
          <w:sz w:val="20"/>
        </w:rPr>
        <w:t>Moreover, the sudden bankruptcy of Mr. Colin Bridgerton has intrigued many. Officially attributed to unwise investments, there are murmurs of deeper financial mismanagement and clandestine dealings that threaten to tarnish the family name. How this will influence his prospects and standing is a matter for future observation.</w:t>
      </w:r>
    </w:p>
    <w:p/>
    <w:p>
      <w:r>
        <w:rPr>
          <w:b/>
          <w:sz w:val="20"/>
        </w:rPr>
        <w:t>Events of Note</w:t>
      </w:r>
    </w:p>
    <w:p>
      <w:r>
        <w:rPr>
          <w:b w:val="0"/>
          <w:sz w:val="20"/>
        </w:rPr>
        <w:t>The season’s social calendar has been enriched by the grand ball hosted by the Duchess of Hastings, where elegance and discretion were observed in equal measure. Attendance was notable by the presence of several new arrivals, including the enigmatic Mr. Henry Granville, whose origins and intentions remain the subject of much curiosity and conjecture.</w:t>
      </w:r>
    </w:p>
    <w:p/>
    <w:p>
      <w:r>
        <w:rPr>
          <w:b w:val="0"/>
          <w:sz w:val="20"/>
        </w:rPr>
        <w:t>The upcoming regatta promises to draw the most fashionable of the ton to the coastal resorts, providing ample opportunity for alliances to be forged and rivalries to be inflamed. It is advised that all gentlemen and ladies comport themselves with the utmost propriety, though I shall be sure to report any deviations for your amusement and instruction.</w:t>
      </w:r>
    </w:p>
    <w:p/>
    <w:p>
      <w:r>
        <w:rPr>
          <w:b/>
          <w:sz w:val="20"/>
        </w:rPr>
        <w:t>Advice and Observations</w:t>
      </w:r>
    </w:p>
    <w:p>
      <w:r>
        <w:rPr>
          <w:b w:val="0"/>
          <w:sz w:val="20"/>
        </w:rPr>
        <w:t>It behooves every member of the ton to maintain a keen eye and prudent discretion during these turbulent times. Gossip, while entertaining, can be as perilous as it is enlightening. Let decorum guide your actions and may prudence be your constant companion.</w:t>
      </w:r>
    </w:p>
    <w:p/>
    <w:p>
      <w:r>
        <w:rPr>
          <w:b w:val="0"/>
          <w:sz w:val="20"/>
        </w:rPr>
        <w:t>Remember, reputation is a fragile jewel in the crown of society and once marred, arduous to restore. Cultivate friendships wisely, harbour secrets cautiously, and never underestimate the power of a well-timed alliance or the sharpness of a whispered word.</w:t>
      </w:r>
    </w:p>
    <w:p/>
    <w:p/>
    <w:p>
      <w:r>
        <w:rPr>
          <w:b/>
          <w:sz w:val="20"/>
        </w:rPr>
        <w:t>Yours faithfully,</w:t>
      </w:r>
    </w:p>
    <w:p/>
    <w:p>
      <w:r>
        <w:rPr>
          <w:b/>
          <w:sz w:val="20"/>
        </w:rPr>
        <w:t>Lady Whistledown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rPr>
                <w:b/>
                <w:sz w:val="20"/>
              </w:rPr>
              <w:t>The Pen and the Whisper: Unveiling the Ton’s Secrets</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https://lettertemplate-us.com/lady-whistledown-letter/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ady-whistledow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