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FOR ROUTER SERVICE AUTHORIZATION</w:t>
      </w:r>
    </w:p>
    <w:p/>
    <w:p>
      <w:r>
        <w:rPr>
          <w:b/>
          <w:sz w:val="20"/>
        </w:rPr>
        <w:t>Sender Information:</w:t>
      </w:r>
    </w:p>
    <w:p>
      <w:r>
        <w:rPr>
          <w:b w:val="0"/>
          <w:sz w:val="20"/>
        </w:rPr>
        <w:t>Full Name: ____________________________________________________________</w:t>
      </w:r>
    </w:p>
    <w:p>
      <w:r>
        <w:rPr>
          <w:b w:val="0"/>
          <w:sz w:val="20"/>
        </w:rPr>
        <w:t>Company (if applicable): 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Recipient Information:</w:t>
      </w:r>
    </w:p>
    <w:p>
      <w:r>
        <w:rPr>
          <w:b w:val="0"/>
          <w:sz w:val="20"/>
        </w:rPr>
        <w:t>Company Name: ________________________________________________________</w:t>
      </w:r>
    </w:p>
    <w:p>
      <w:r>
        <w:rPr>
          <w:b w:val="0"/>
          <w:sz w:val="20"/>
        </w:rPr>
        <w:t>Department/Contact Person: 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Subject:</w:t>
      </w:r>
    </w:p>
    <w:p>
      <w:r>
        <w:rPr>
          <w:b w:val="0"/>
          <w:sz w:val="20"/>
        </w:rPr>
        <w:t>Authorization to Perform Router Services</w:t>
      </w:r>
    </w:p>
    <w:p/>
    <w:p>
      <w:r>
        <w:rPr>
          <w:b/>
          <w:sz w:val="20"/>
        </w:rPr>
        <w:t>To Whom It May Concern,</w:t>
      </w:r>
    </w:p>
    <w:p>
      <w:r>
        <w:rPr>
          <w:b w:val="0"/>
          <w:sz w:val="20"/>
        </w:rPr>
        <w:t>This letter serves as formal authorization for the recipient named above to perform router and related network configuration services on behalf of the undersigned. The undersigned confirms that they are the legal owner or authorized representative of the equipment described herein and grants full permission to access, configure, maintain, and troubleshoot the routing devices as specified.</w:t>
      </w:r>
    </w:p>
    <w:p/>
    <w:p>
      <w:r>
        <w:rPr>
          <w:b/>
          <w:sz w:val="20"/>
        </w:rPr>
        <w:t>Equipment Details:</w:t>
      </w:r>
    </w:p>
    <w:p>
      <w:r>
        <w:rPr>
          <w:b w:val="0"/>
          <w:sz w:val="20"/>
        </w:rPr>
        <w:t>Router Manufacturer: _________________________________________________</w:t>
      </w:r>
    </w:p>
    <w:p>
      <w:r>
        <w:rPr>
          <w:b w:val="0"/>
          <w:sz w:val="20"/>
        </w:rPr>
        <w:t>Model Number: _______________________________________________________</w:t>
      </w:r>
    </w:p>
    <w:p>
      <w:r>
        <w:rPr>
          <w:b w:val="0"/>
          <w:sz w:val="20"/>
        </w:rPr>
        <w:t>Serial Number: ______________________________________________________</w:t>
      </w:r>
    </w:p>
    <w:p>
      <w:r>
        <w:rPr>
          <w:b w:val="0"/>
          <w:sz w:val="20"/>
        </w:rPr>
        <w:t>Location of Equipment: _______________________________________________</w:t>
      </w:r>
    </w:p>
    <w:p/>
    <w:p>
      <w:r>
        <w:rPr>
          <w:b/>
          <w:sz w:val="20"/>
        </w:rPr>
        <w:t>Scope of Authorization:</w:t>
      </w:r>
    </w:p>
    <w:p>
      <w:r>
        <w:rPr>
          <w:b w:val="0"/>
          <w:sz w:val="20"/>
        </w:rPr>
        <w:t>The authorized party is permitted to undertake the following activities on the router(s):</w:t>
      </w:r>
    </w:p>
    <w:p>
      <w:r>
        <w:rPr>
          <w:b w:val="0"/>
          <w:sz w:val="20"/>
        </w:rPr>
        <w:t>• Installation and initial configuration</w:t>
      </w:r>
    </w:p>
    <w:p>
      <w:r>
        <w:rPr>
          <w:b w:val="0"/>
          <w:sz w:val="20"/>
        </w:rPr>
        <w:t>• Firmware and software updates</w:t>
      </w:r>
    </w:p>
    <w:p>
      <w:r>
        <w:rPr>
          <w:b w:val="0"/>
          <w:sz w:val="20"/>
        </w:rPr>
        <w:t>• Network settings modifications</w:t>
      </w:r>
    </w:p>
    <w:p>
      <w:r>
        <w:rPr>
          <w:b w:val="0"/>
          <w:sz w:val="20"/>
        </w:rPr>
        <w:t>• Security configuration including firewall and access controls</w:t>
      </w:r>
    </w:p>
    <w:p>
      <w:r>
        <w:rPr>
          <w:b w:val="0"/>
          <w:sz w:val="20"/>
        </w:rPr>
        <w:t>• Troubleshooting and diagnostic procedures</w:t>
      </w:r>
    </w:p>
    <w:p>
      <w:r>
        <w:rPr>
          <w:b w:val="0"/>
          <w:sz w:val="20"/>
        </w:rPr>
        <w:t>• Maintenance and performance optimization</w:t>
      </w:r>
    </w:p>
    <w:p>
      <w:r>
        <w:rPr>
          <w:b w:val="0"/>
          <w:sz w:val="20"/>
        </w:rPr>
        <w:t>• Any other related tasks necessary for optimal router operation</w:t>
      </w:r>
    </w:p>
    <w:p/>
    <w:p>
      <w:r>
        <w:rPr>
          <w:b/>
          <w:sz w:val="20"/>
        </w:rPr>
        <w:t>Limitations:</w:t>
      </w:r>
    </w:p>
    <w:p>
      <w:r>
        <w:rPr>
          <w:b w:val="0"/>
          <w:sz w:val="20"/>
        </w:rPr>
        <w:t>This authorization does not extend to the following activities without prior written consent:</w:t>
      </w:r>
    </w:p>
    <w:p>
      <w:r>
        <w:rPr>
          <w:b w:val="0"/>
          <w:sz w:val="20"/>
        </w:rPr>
        <w:t>• Physical relocation or removal of the equipment</w:t>
      </w:r>
    </w:p>
    <w:p>
      <w:r>
        <w:rPr>
          <w:b w:val="0"/>
          <w:sz w:val="20"/>
        </w:rPr>
        <w:t>• Replacement or installation of hardware components not originally supplied</w:t>
      </w:r>
    </w:p>
    <w:p>
      <w:r>
        <w:rPr>
          <w:b w:val="0"/>
          <w:sz w:val="20"/>
        </w:rPr>
        <w:t>• Access to networks or systems beyond those directly related to the authorized router</w:t>
      </w:r>
    </w:p>
    <w:p>
      <w:r>
        <w:rPr>
          <w:b w:val="0"/>
          <w:sz w:val="20"/>
        </w:rPr>
        <w:t>• Any activity that breaches applicable laws or contractual obligations</w:t>
      </w:r>
    </w:p>
    <w:p/>
    <w:p>
      <w:r>
        <w:rPr>
          <w:b/>
          <w:sz w:val="20"/>
        </w:rPr>
        <w:t>Liability and Compliance:</w:t>
      </w:r>
    </w:p>
    <w:p>
      <w:r>
        <w:rPr>
          <w:b w:val="0"/>
          <w:sz w:val="20"/>
        </w:rPr>
        <w:t>The authorized party agrees to perform all work in accordance with applicable laws, regulations, and industry best practices. The undersigned acknowledges that they bear responsibility for maintaining compliance with all relevant legal and regulatory requirements. The authorized party shall not be held liable for any indirect, incidental, or consequential damages arising from the authorized services, except in cases of gross negligence or willful misconduct.</w:t>
      </w:r>
    </w:p>
    <w:p/>
    <w:p>
      <w:r>
        <w:rPr>
          <w:b/>
          <w:sz w:val="20"/>
        </w:rPr>
        <w:t>Confidentiality:</w:t>
      </w:r>
    </w:p>
    <w:p>
      <w:r>
        <w:rPr>
          <w:b w:val="0"/>
          <w:sz w:val="20"/>
        </w:rPr>
        <w:t>The authorized party agrees to maintain confidentiality of all sensitive information accessed during the performance of the services. No information shall be disclosed to third parties without prior written consent from the undersigned, except if required by law.</w:t>
      </w:r>
    </w:p>
    <w:p/>
    <w:p>
      <w:r>
        <w:rPr>
          <w:b/>
          <w:sz w:val="20"/>
        </w:rPr>
        <w:t>Duration of Authorization:</w:t>
      </w:r>
    </w:p>
    <w:p>
      <w:r>
        <w:rPr>
          <w:b w:val="0"/>
          <w:sz w:val="20"/>
        </w:rPr>
        <w:t>This authorization shall remain in effect until revoked in writing by the undersigned. Revocation shall not affect any actions taken by the authorized party prior to receipt of such revocation.</w:t>
      </w:r>
    </w:p>
    <w:p/>
    <w:p>
      <w:r>
        <w:rPr>
          <w:b/>
          <w:sz w:val="20"/>
        </w:rPr>
        <w:t>Indemnification:</w:t>
      </w:r>
    </w:p>
    <w:p>
      <w:r>
        <w:rPr>
          <w:b w:val="0"/>
          <w:sz w:val="20"/>
        </w:rPr>
        <w:t>The undersigned agrees to indemnify and hold harmless the authorized party from any claims, damages, or liabilities arising from the authorized activities, except those resulting from gross negligence or willful misconduct by the authorized party.</w:t>
      </w:r>
    </w:p>
    <w:p/>
    <w:p>
      <w:r>
        <w:rPr>
          <w:b/>
          <w:sz w:val="20"/>
        </w:rPr>
        <w:t>Governing Law and Jurisdiction:</w:t>
      </w:r>
    </w:p>
    <w:p>
      <w:r>
        <w:rPr>
          <w:b w:val="0"/>
          <w:sz w:val="20"/>
        </w:rPr>
        <w:t>This authorization letter shall be governed by and construed in accordance with the laws of the United States of America and the applicable state law. Any disputes arising from or related to this authorization shall be subject to the exclusive jurisdiction of the courts located within the appropriate state.</w:t>
      </w:r>
    </w:p>
    <w:p/>
    <w:p/>
    <w:p>
      <w:r>
        <w:rPr>
          <w:b w:val="0"/>
          <w:sz w:val="20"/>
        </w:rPr>
        <w:t>Place of signature: ___________________________________________</w:t>
      </w:r>
    </w:p>
    <w:p>
      <w:r>
        <w:rPr>
          <w:b w:val="0"/>
          <w:sz w:val="20"/>
        </w:rPr>
        <w:t>Date of signature: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SIGNATORY</w:t>
            </w:r>
          </w:p>
        </w:tc>
        <w:tc>
          <w:tcPr>
            <w:tcW w:type="dxa" w:w="4986"/>
            <w:tcBorders>
              <w:top w:val="nil"/>
              <w:left w:val="nil"/>
              <w:bottom w:val="nil"/>
              <w:right w:val="nil"/>
              <w:insideH w:val="nil"/>
              <w:insideV w:val="nil"/>
            </w:tcBorders>
          </w:tcPr>
          <w:p>
            <w:pPr>
              <w:jc w:val="center"/>
            </w:pPr>
            <w:r>
              <w:t>RECIPIENT OF AUTHORIZATION</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https://lettertemplate-us.com/letter-for-router/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letter-for-rou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