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ACCEPTANCE</w:t>
      </w:r>
    </w:p>
    <w:p/>
    <w:p/>
    <w:p>
      <w:r>
        <w:rPr>
          <w:b/>
          <w:sz w:val="20"/>
        </w:rPr>
        <w:t>To:</w:t>
      </w:r>
    </w:p>
    <w:p>
      <w:r>
        <w:rPr>
          <w:b w:val="0"/>
          <w:sz w:val="20"/>
        </w:rPr>
        <w:t>Name: ____________________________________________________________</w:t>
      </w:r>
    </w:p>
    <w:p>
      <w:r>
        <w:rPr>
          <w:b w:val="0"/>
          <w:sz w:val="20"/>
        </w:rPr>
        <w:t>Company: _________________________________________________________</w:t>
      </w:r>
    </w:p>
    <w:p>
      <w:r>
        <w:rPr>
          <w:b w:val="0"/>
          <w:sz w:val="20"/>
        </w:rPr>
        <w:t>Address: _________________________________________________________</w:t>
      </w:r>
    </w:p>
    <w:p>
      <w:r>
        <w:rPr>
          <w:b w:val="0"/>
          <w:sz w:val="20"/>
        </w:rPr>
        <w:t>City, State, Zip: _________________________________________________</w:t>
      </w:r>
    </w:p>
    <w:p>
      <w:r>
        <w:rPr>
          <w:b w:val="0"/>
          <w:sz w:val="20"/>
        </w:rPr>
        <w:t>Email: ____________________________________________________________</w:t>
      </w:r>
    </w:p>
    <w:p/>
    <w:p/>
    <w:p>
      <w:r>
        <w:rPr>
          <w:b/>
          <w:sz w:val="20"/>
        </w:rPr>
        <w:t>From:</w:t>
      </w:r>
    </w:p>
    <w:p>
      <w:r>
        <w:rPr>
          <w:b w:val="0"/>
          <w:sz w:val="20"/>
        </w:rPr>
        <w:t>Name: ____________________________________________________________</w:t>
      </w:r>
    </w:p>
    <w:p>
      <w:r>
        <w:rPr>
          <w:b w:val="0"/>
          <w:sz w:val="20"/>
        </w:rPr>
        <w:t>Company: _________________________________________________________</w:t>
      </w:r>
    </w:p>
    <w:p>
      <w:r>
        <w:rPr>
          <w:b w:val="0"/>
          <w:sz w:val="20"/>
        </w:rPr>
        <w:t>Address: _________________________________________________________</w:t>
      </w:r>
    </w:p>
    <w:p>
      <w:r>
        <w:rPr>
          <w:b w:val="0"/>
          <w:sz w:val="20"/>
        </w:rPr>
        <w:t>City, State, Zip: _________________________________________________</w:t>
      </w:r>
    </w:p>
    <w:p>
      <w:r>
        <w:rPr>
          <w:b w:val="0"/>
          <w:sz w:val="20"/>
        </w:rPr>
        <w:t>Email: ____________________________________________________________</w:t>
      </w:r>
    </w:p>
    <w:p/>
    <w:p/>
    <w:p>
      <w:r>
        <w:rPr>
          <w:b/>
          <w:sz w:val="20"/>
        </w:rPr>
        <w:t>Subject: Acceptance of Proposal / Offer</w:t>
      </w:r>
    </w:p>
    <w:p/>
    <w:p/>
    <w:p>
      <w:r>
        <w:rPr>
          <w:b w:val="0"/>
          <w:sz w:val="20"/>
        </w:rPr>
        <w:t>Dear Sir/Madam,</w:t>
      </w:r>
    </w:p>
    <w:p/>
    <w:p>
      <w:r>
        <w:rPr>
          <w:b w:val="0"/>
          <w:sz w:val="20"/>
        </w:rPr>
        <w:t>We hereby acknowledge receipt and thorough review of your proposal dated _______________________________. After careful consideration, we are pleased to formally accept your proposal under the terms and conditions set forth therein, including any attached documentation, specifications, and schedules.</w:t>
      </w:r>
    </w:p>
    <w:p/>
    <w:p>
      <w:r>
        <w:rPr>
          <w:b/>
          <w:sz w:val="20"/>
        </w:rPr>
        <w:t>1. Scope of Acceptance</w:t>
      </w:r>
    </w:p>
    <w:p>
      <w:r>
        <w:rPr>
          <w:b w:val="0"/>
          <w:sz w:val="20"/>
        </w:rPr>
        <w:t>This Letter of Acceptance confirms our intention to proceed with the services/products as described in your proposal titled "________________________________________________________". All deliverables, milestones, and obligations shall be performed in accordance with the mutually agreed specifications and timelines.</w:t>
      </w:r>
    </w:p>
    <w:p/>
    <w:p>
      <w:r>
        <w:rPr>
          <w:b/>
          <w:sz w:val="20"/>
        </w:rPr>
        <w:t>2. Price and Payment Terms</w:t>
      </w:r>
    </w:p>
    <w:p>
      <w:r>
        <w:rPr>
          <w:b w:val="0"/>
          <w:sz w:val="20"/>
        </w:rPr>
        <w:t>The total contract price shall be $______________________, payable as follows:</w:t>
      </w:r>
    </w:p>
    <w:p>
      <w:r>
        <w:rPr>
          <w:b w:val="0"/>
          <w:sz w:val="20"/>
        </w:rPr>
        <w:t>a) An initial payment of $___________________ upon execution of this Letter of Acceptance.</w:t>
      </w:r>
    </w:p>
    <w:p>
      <w:r>
        <w:rPr>
          <w:b w:val="0"/>
          <w:sz w:val="20"/>
        </w:rPr>
        <w:t>b) Subsequent payments according to the schedule outlined in the proposal.</w:t>
      </w:r>
    </w:p>
    <w:p>
      <w:r>
        <w:rPr>
          <w:b w:val="0"/>
          <w:sz w:val="20"/>
        </w:rPr>
        <w:t>Payments shall be made via _______________________________________________.</w:t>
      </w:r>
    </w:p>
    <w:p/>
    <w:p>
      <w:r>
        <w:rPr>
          <w:b/>
          <w:sz w:val="20"/>
        </w:rPr>
        <w:t>3. Term and Termination</w:t>
      </w:r>
    </w:p>
    <w:p>
      <w:r>
        <w:rPr>
          <w:b w:val="0"/>
          <w:sz w:val="20"/>
        </w:rPr>
        <w:t>This agreement shall commence upon the date of this Letter of Acceptance and continue until the full and satisfactory completion of the services/products, unless earlier terminated pursuant to the terms herein.</w:t>
      </w:r>
    </w:p>
    <w:p>
      <w:r>
        <w:rPr>
          <w:b w:val="0"/>
          <w:sz w:val="20"/>
        </w:rPr>
        <w:t>Either party may terminate this agreement for cause upon written notice if the other party materially breaches any obligation and fails to cure such breach within thirty (30) days after receipt of notice.</w:t>
      </w:r>
    </w:p>
    <w:p>
      <w:r>
        <w:rPr>
          <w:b w:val="0"/>
          <w:sz w:val="20"/>
        </w:rPr>
        <w:t>Termination shall be without prejudice to any rights or remedies available at law or equity.</w:t>
      </w:r>
    </w:p>
    <w:p/>
    <w:p>
      <w:r>
        <w:rPr>
          <w:b/>
          <w:sz w:val="20"/>
        </w:rPr>
        <w:t>4. Warranties and Representations</w:t>
      </w:r>
    </w:p>
    <w:p>
      <w:r>
        <w:rPr>
          <w:b w:val="0"/>
          <w:sz w:val="20"/>
        </w:rPr>
        <w:t>Each party represents and warrants that it has full authority to enter into this agreement and perform its obligations hereunder.</w:t>
      </w:r>
    </w:p>
    <w:p>
      <w:r>
        <w:rPr>
          <w:b w:val="0"/>
          <w:sz w:val="20"/>
        </w:rPr>
        <w:t>The Supplier warrants that all products/services shall conform to the specifications and be free from defects in workmanship and materials for a period of ______________ from acceptance.</w:t>
      </w:r>
    </w:p>
    <w:p/>
    <w:p>
      <w:r>
        <w:rPr>
          <w:b/>
          <w:sz w:val="20"/>
        </w:rPr>
        <w:t>5. Confidentiality</w:t>
      </w:r>
    </w:p>
    <w:p>
      <w:r>
        <w:rPr>
          <w:b w:val="0"/>
          <w:sz w:val="20"/>
        </w:rPr>
        <w:t>Both parties agree to keep confidential and not disclose any proprietary or confidential information obtained in connection with this agreement to any third party without prior written consent, except as required by law.</w:t>
      </w:r>
    </w:p>
    <w:p/>
    <w:p>
      <w:r>
        <w:rPr>
          <w:b/>
          <w:sz w:val="20"/>
        </w:rPr>
        <w:t>6. Indemnification and Liability</w:t>
      </w:r>
    </w:p>
    <w:p>
      <w:r>
        <w:rPr>
          <w:b w:val="0"/>
          <w:sz w:val="20"/>
        </w:rPr>
        <w:t>Each party agrees to indemnify, defend, and hold harmless the other party against any claims, damages, liabilities, or expenses arising out of its negligence or willful misconduct in connection with this agreement.</w:t>
      </w:r>
    </w:p>
    <w:p>
      <w:r>
        <w:rPr>
          <w:b w:val="0"/>
          <w:sz w:val="20"/>
        </w:rPr>
        <w:t>Neither party shall be liable for any indirect, incidental, consequential, or punitive damages arising out of or relating to this agreement.</w:t>
      </w:r>
    </w:p>
    <w:p/>
    <w:p>
      <w:r>
        <w:rPr>
          <w:b/>
          <w:sz w:val="20"/>
        </w:rPr>
        <w:t>7. Governing Law and Dispute Resolution</w:t>
      </w:r>
    </w:p>
    <w:p>
      <w:r>
        <w:rPr>
          <w:b w:val="0"/>
          <w:sz w:val="20"/>
        </w:rPr>
        <w:t>This agreement shall be governed by and construed in accordance with the laws of the State of ____________________, United States of America, without regard to its conflict of laws principles.</w:t>
      </w:r>
    </w:p>
    <w:p>
      <w:r>
        <w:rPr>
          <w:b w:val="0"/>
          <w:sz w:val="20"/>
        </w:rPr>
        <w:t>Any disputes arising under or in connection with this agreement shall be resolved through good faith negotiations between the parties. Failing resolution, disputes shall be submitted to binding arbitration in accordance with the rules of the American Arbitration Association, with the arbitration conducted in ______________________.</w:t>
      </w:r>
    </w:p>
    <w:p/>
    <w:p>
      <w:r>
        <w:rPr>
          <w:b/>
          <w:sz w:val="20"/>
        </w:rPr>
        <w:t>8. Entire Agreement</w:t>
      </w:r>
    </w:p>
    <w:p>
      <w:r>
        <w:rPr>
          <w:b w:val="0"/>
          <w:sz w:val="20"/>
        </w:rPr>
        <w:t>This Letter of Acceptance, together with the proposal and any referenced documents, constitutes the entire agreement between the parties and supersedes all prior negotiations, understandings, and agreements, whether written or oral.</w:t>
      </w:r>
    </w:p>
    <w:p/>
    <w:p>
      <w:r>
        <w:rPr>
          <w:b/>
          <w:sz w:val="20"/>
        </w:rPr>
        <w:t>9. Amendments</w:t>
      </w:r>
    </w:p>
    <w:p>
      <w:r>
        <w:rPr>
          <w:b w:val="0"/>
          <w:sz w:val="20"/>
        </w:rPr>
        <w:t>Any amendments or modifications to this agreement shall be in writing and duly signed by authorized representatives of both parties.</w:t>
      </w:r>
    </w:p>
    <w:p/>
    <w:p/>
    <w:p>
      <w:r>
        <w:rPr>
          <w:b w:val="0"/>
          <w:sz w:val="20"/>
        </w:rPr>
        <w:t>Please indicate your acceptance of the terms of this Letter of Acceptance by signing below and returning a copy to us at your earliest convenience. We look forward to a successful collaboration.</w:t>
      </w:r>
    </w:p>
    <w:p/>
    <w:p/>
    <w:p>
      <w:r>
        <w:rPr>
          <w:b w:val="0"/>
          <w:sz w:val="20"/>
        </w:rPr>
        <w:t>Place of Acceptance: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ACCEPTING PARTY</w:t>
            </w:r>
          </w:p>
        </w:tc>
        <w:tc>
          <w:tcPr>
            <w:tcW w:type="dxa" w:w="4986"/>
            <w:tcBorders>
              <w:top w:val="nil"/>
              <w:left w:val="nil"/>
              <w:bottom w:val="nil"/>
              <w:right w:val="nil"/>
              <w:insideH w:val="nil"/>
              <w:insideV w:val="nil"/>
            </w:tcBorders>
          </w:tcPr>
          <w:p>
            <w:pPr>
              <w:jc w:val="center"/>
            </w:pPr>
            <w:r>
              <w:t>ISSUING PARTY</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Name &amp; Title: __________________________________</w:t>
            </w:r>
          </w:p>
        </w:tc>
        <w:tc>
          <w:tcPr>
            <w:tcW w:type="dxa" w:w="4986"/>
            <w:tcBorders>
              <w:top w:val="nil"/>
              <w:left w:val="nil"/>
              <w:bottom w:val="nil"/>
              <w:right w:val="nil"/>
              <w:insideH w:val="nil"/>
              <w:insideV w:val="nil"/>
            </w:tcBorders>
          </w:tcPr>
          <w:p>
            <w:pPr>
              <w:jc w:val="center"/>
            </w:pPr>
            <w:r>
              <w:t>Name &amp; Title: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https://lettertemplate-us.com/letter-of-acceptance/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acceptance/"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