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DIRECTION</w:t>
      </w:r>
    </w:p>
    <w:p/>
    <w:p/>
    <w:p>
      <w:r>
        <w:rPr>
          <w:b/>
          <w:sz w:val="20"/>
        </w:rPr>
        <w:t>TO WHOM IT MAY CONCERN:</w:t>
      </w:r>
    </w:p>
    <w:p/>
    <w:p>
      <w:r>
        <w:rPr>
          <w:b w:val="0"/>
          <w:sz w:val="20"/>
        </w:rPr>
        <w:t>I/We, the undersigned, hereby issue this Letter of Direction ("Letter") to authorize and instruct the recipient(s) and/or agent(s) identified herein to act on my/our behalf in accordance with the terms set forth below.</w:t>
      </w:r>
    </w:p>
    <w:p/>
    <w:p>
      <w:r>
        <w:rPr>
          <w:b/>
          <w:sz w:val="20"/>
        </w:rPr>
        <w:t>PRINCIPAL INFORMATION</w:t>
      </w:r>
    </w:p>
    <w:p>
      <w:r>
        <w:rPr>
          <w:b w:val="0"/>
          <w:sz w:val="20"/>
        </w:rPr>
        <w:t>Full Legal Name: ____________________________________________________________</w:t>
      </w:r>
    </w:p>
    <w:p>
      <w:r>
        <w:rPr>
          <w:b w:val="0"/>
          <w:sz w:val="20"/>
        </w:rPr>
        <w:t>Address: ___________________________________________________________________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r>
        <w:rPr>
          <w:b/>
          <w:sz w:val="20"/>
        </w:rPr>
        <w:t>AGENT/RECIPIENT INFORMATION</w:t>
      </w:r>
    </w:p>
    <w:p>
      <w:r>
        <w:rPr>
          <w:b w:val="0"/>
          <w:sz w:val="20"/>
        </w:rPr>
        <w:t>Name: ______________________________________________________________________</w:t>
      </w:r>
    </w:p>
    <w:p>
      <w:r>
        <w:rPr>
          <w:b w:val="0"/>
          <w:sz w:val="20"/>
        </w:rPr>
        <w:t>Company/Organization (if applicable): _________________________________________</w:t>
      </w:r>
    </w:p>
    <w:p>
      <w:r>
        <w:rPr>
          <w:b w:val="0"/>
          <w:sz w:val="20"/>
        </w:rPr>
        <w:t>Address: ___________________________________________________________________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r>
        <w:rPr>
          <w:b/>
          <w:sz w:val="20"/>
        </w:rPr>
        <w:t>SCOPE OF AUTHORITY</w:t>
      </w:r>
    </w:p>
    <w:p>
      <w:r>
        <w:rPr>
          <w:b w:val="0"/>
          <w:sz w:val="20"/>
        </w:rPr>
        <w:t>The Agent/Recipient is hereby authorized to act on behalf of the Principal with respect to the following matters:</w:t>
      </w:r>
    </w:p>
    <w:p>
      <w:r>
        <w:rPr>
          <w:b w:val="0"/>
          <w:sz w:val="20"/>
        </w:rPr>
        <w:t>- _____________________________________________________________________________</w:t>
      </w:r>
    </w:p>
    <w:p>
      <w:r>
        <w:rPr>
          <w:b w:val="0"/>
          <w:sz w:val="20"/>
        </w:rPr>
        <w:t>- _____________________________________________________________________________</w:t>
      </w:r>
    </w:p>
    <w:p>
      <w:r>
        <w:rPr>
          <w:b w:val="0"/>
          <w:sz w:val="20"/>
        </w:rPr>
        <w:t>- _____________________________________________________________________________</w:t>
      </w:r>
    </w:p>
    <w:p>
      <w:r>
        <w:rPr>
          <w:b w:val="0"/>
          <w:sz w:val="20"/>
        </w:rPr>
        <w:t>This authorization includes, but is not limited to, executing documents, making decisions, and taking any necessary actions related to the matters stated above.</w:t>
      </w:r>
    </w:p>
    <w:p/>
    <w:p>
      <w:r>
        <w:rPr>
          <w:b/>
          <w:sz w:val="20"/>
        </w:rPr>
        <w:t>LIMITATIONS AND CONDITIONS</w:t>
      </w:r>
    </w:p>
    <w:p>
      <w:r>
        <w:rPr>
          <w:b w:val="0"/>
          <w:sz w:val="20"/>
        </w:rPr>
        <w:t>This Letter of Direction is subject to the following limitations and conditions:</w:t>
      </w:r>
    </w:p>
    <w:p>
      <w:r>
        <w:rPr>
          <w:b w:val="0"/>
          <w:sz w:val="20"/>
        </w:rPr>
        <w:t>- The Agent/Recipient shall act in accordance with all applicable laws and regulations.</w:t>
      </w:r>
    </w:p>
    <w:p>
      <w:r>
        <w:rPr>
          <w:b w:val="0"/>
          <w:sz w:val="20"/>
        </w:rPr>
        <w:t>- The Agent/Recipient shall not have the authority to delegate this authority to any third party without prior written consent of the Principal.</w:t>
      </w:r>
    </w:p>
    <w:p>
      <w:r>
        <w:rPr>
          <w:b w:val="0"/>
          <w:sz w:val="20"/>
        </w:rPr>
        <w:t>- Any actions taken by the Agent/Recipient beyond the scope described herein shall be considered null and void.</w:t>
      </w:r>
    </w:p>
    <w:p>
      <w:r>
        <w:rPr>
          <w:b w:val="0"/>
          <w:sz w:val="20"/>
        </w:rPr>
        <w:t>- The Principal reserves the right to revoke or modify this Letter at any time by providing written notice.</w:t>
      </w:r>
    </w:p>
    <w:p/>
    <w:p>
      <w:r>
        <w:rPr>
          <w:b/>
          <w:sz w:val="20"/>
        </w:rPr>
        <w:t>EFFECTIVE DATE AND DURATION</w:t>
      </w:r>
    </w:p>
    <w:p>
      <w:r>
        <w:rPr>
          <w:b w:val="0"/>
          <w:sz w:val="20"/>
        </w:rPr>
        <w:t>This Letter of Direction shall become effective immediately upon execution and shall remain in effect until revoked in writing by the Principal or upon completion of the matters described herein, whichever occurs first.</w:t>
      </w:r>
    </w:p>
    <w:p/>
    <w:p>
      <w:r>
        <w:rPr>
          <w:b/>
          <w:sz w:val="20"/>
        </w:rPr>
        <w:t>INDEMNIFICATION</w:t>
      </w:r>
    </w:p>
    <w:p>
      <w:r>
        <w:rPr>
          <w:b w:val="0"/>
          <w:sz w:val="20"/>
        </w:rPr>
        <w:t>The Principal agrees to indemnify and hold harmless the Agent/Recipient from any claims, losses, damages, liabilities, costs, or expenses arising out of or in connection with any actions taken by the Agent/Recipient pursuant to this Letter, except for those resulting from gross negligence or willful misconduct.</w:t>
      </w:r>
    </w:p>
    <w:p/>
    <w:p>
      <w:r>
        <w:rPr>
          <w:b/>
          <w:sz w:val="20"/>
        </w:rPr>
        <w:t>GOVERNING LAW AND JURISDICTION</w:t>
      </w:r>
    </w:p>
    <w:p>
      <w:r>
        <w:rPr>
          <w:b w:val="0"/>
          <w:sz w:val="20"/>
        </w:rPr>
        <w:t>This Letter of Direction shall be governed by, and construed in accordance with, the laws of the United States and the applicable state law where the Principal resides or conducts business. Any disputes arising out of or related to this Letter shall be subject to the exclusive jurisdiction of the courts located within said jurisdiction.</w:t>
      </w:r>
    </w:p>
    <w:p/>
    <w:p/>
    <w:p>
      <w:r>
        <w:rPr>
          <w:b w:val="0"/>
          <w:sz w:val="20"/>
        </w:rPr>
        <w:t>IN WITNESS WHEREOF, the Principal has executed this Letter of Direction as of the date set forth below.</w:t>
      </w:r>
    </w:p>
    <w:p/>
    <w:p/>
    <w:p>
      <w:r>
        <w:rPr>
          <w:b w:val="0"/>
          <w:sz w:val="20"/>
        </w:rPr>
        <w:t>Place: ______________________________________</w:t>
      </w:r>
    </w:p>
    <w:p>
      <w:r>
        <w:rPr>
          <w:b w:val="0"/>
          <w:sz w:val="20"/>
        </w:rPr>
        <w:t>Date: 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AGENT/RECIPIENT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p/>
    <w:p/>
    <w:p>
      <w:r>
        <w:rPr>
          <w:b/>
          <w:sz w:val="20"/>
        </w:rPr>
        <w:t>NOTARY ACKNOWLEDGMENT</w:t>
      </w:r>
    </w:p>
    <w:p>
      <w:r>
        <w:rPr>
          <w:b w:val="0"/>
          <w:sz w:val="20"/>
        </w:rPr>
        <w:t>State of ___________________________</w:t>
      </w:r>
    </w:p>
    <w:p>
      <w:r>
        <w:rPr>
          <w:b w:val="0"/>
          <w:sz w:val="20"/>
        </w:rPr>
        <w:t>County of __________________________</w:t>
      </w:r>
    </w:p>
    <w:p>
      <w:r>
        <w:rPr>
          <w:b w:val="0"/>
          <w:sz w:val="20"/>
        </w:rPr>
        <w:t>On this ______ day of ____________________, before me, a Notary Public, personally appeared ________________________________, known to me (or satisfactorily proven) to be the person whose name is subscribed to this instrument, and acknowledged that he/she executed the same for the purposes therein contained.</w:t>
      </w:r>
    </w:p>
    <w:p>
      <w:r>
        <w:rPr>
          <w:b w:val="0"/>
          <w:sz w:val="20"/>
        </w:rPr>
        <w:t>In witness whereof I hereunto set my hand and official seal.</w:t>
      </w:r>
    </w:p>
    <w:p/>
    <w:p/>
    <w:p/>
    <w:p>
      <w:r>
        <w:rPr>
          <w:b w:val="0"/>
          <w:sz w:val="20"/>
        </w:rPr>
        <w:t>Notary Signature: _____________________________</w:t>
      </w:r>
    </w:p>
    <w:p>
      <w:r>
        <w:rPr>
          <w:b w:val="0"/>
          <w:sz w:val="20"/>
        </w:rPr>
        <w:t>My Commission Expires: ________________________</w:t>
      </w:r>
    </w:p>
    <w:p>
      <w:r>
        <w:rPr>
          <w:b w:val="0"/>
          <w:sz w:val="20"/>
        </w:rPr>
        <w:t>Notary Stamp/Seal:</w:t>
      </w:r>
    </w:p>
    <w:p/>
    <w:p>
      <w:r>
        <w:br w:type="page"/>
      </w:r>
    </w:p>
    <w:p>
      <w:pPr>
        <w:jc w:val="center"/>
      </w:pPr>
      <w:r>
        <w:rPr>
          <w:color w:val="555555"/>
          <w:sz w:val="24"/>
        </w:rPr>
        <w:t>Original source of this document:</w:t>
      </w:r>
    </w:p>
    <w:p>
      <w:pPr>
        <w:jc w:val="center"/>
      </w:pPr>
      <w:hyperlink r:id="rId9">
        <w:r>
          <w:rPr>
            <w:color w:val="0000FF"/>
            <w:u w:val="single"/>
          </w:rPr>
          <w:t>https://lettertemplate-us.com/letter-of-direction/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direction/"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