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LETTER OF ENGAGEMENT</w:t>
      </w:r>
    </w:p>
    <w:p/>
    <w:p/>
    <w:p>
      <w:r>
        <w:rPr>
          <w:b w:val="0"/>
          <w:sz w:val="20"/>
        </w:rPr>
        <w:t>This Letter of Engagement (the “Agreement”) is made between:</w:t>
      </w:r>
    </w:p>
    <w:p>
      <w:r>
        <w:rPr>
          <w:b w:val="0"/>
          <w:sz w:val="20"/>
        </w:rPr>
        <w:t>Client Name: _______________________________________________</w:t>
      </w:r>
    </w:p>
    <w:p>
      <w:r>
        <w:rPr>
          <w:b w:val="0"/>
          <w:sz w:val="20"/>
        </w:rPr>
        <w:t>Address: _________________________________________________</w:t>
      </w:r>
    </w:p>
    <w:p>
      <w:r>
        <w:rPr>
          <w:b w:val="0"/>
          <w:sz w:val="20"/>
        </w:rPr>
        <w:t>Phone: ___________________________________________________</w:t>
      </w:r>
    </w:p>
    <w:p/>
    <w:p>
      <w:r>
        <w:rPr>
          <w:b w:val="0"/>
          <w:sz w:val="20"/>
        </w:rPr>
        <w:t>and</w:t>
      </w:r>
    </w:p>
    <w:p/>
    <w:p>
      <w:r>
        <w:rPr>
          <w:b w:val="0"/>
          <w:sz w:val="20"/>
        </w:rPr>
        <w:t>Service Provider Name: ______________________________________</w:t>
      </w:r>
    </w:p>
    <w:p>
      <w:r>
        <w:rPr>
          <w:b w:val="0"/>
          <w:sz w:val="20"/>
        </w:rPr>
        <w:t>Address: _________________________________________________</w:t>
      </w:r>
    </w:p>
    <w:p>
      <w:r>
        <w:rPr>
          <w:b w:val="0"/>
          <w:sz w:val="20"/>
        </w:rPr>
        <w:t>Phone: ___________________________________________________</w:t>
      </w:r>
    </w:p>
    <w:p/>
    <w:p/>
    <w:p>
      <w:r>
        <w:rPr>
          <w:b/>
          <w:sz w:val="22"/>
        </w:rPr>
        <w:t>RECITALS</w:t>
      </w:r>
    </w:p>
    <w:p>
      <w:r>
        <w:rPr>
          <w:b w:val="0"/>
          <w:sz w:val="20"/>
        </w:rPr>
        <w:t>WHEREAS, the Client desires to engage the Service Provider to provide certain professional services as described herein;</w:t>
      </w:r>
    </w:p>
    <w:p>
      <w:r>
        <w:rPr>
          <w:b w:val="0"/>
          <w:sz w:val="20"/>
        </w:rPr>
        <w:t>AND WHEREAS, the Service Provider agrees to provide such services under the terms and conditions set forth in this Agreement.</w:t>
      </w:r>
    </w:p>
    <w:p/>
    <w:p/>
    <w:p>
      <w:r>
        <w:rPr>
          <w:b/>
          <w:sz w:val="22"/>
        </w:rPr>
        <w:t>1. Scope of Services</w:t>
      </w:r>
    </w:p>
    <w:p>
      <w:r>
        <w:rPr>
          <w:b w:val="0"/>
          <w:sz w:val="20"/>
        </w:rPr>
        <w:t>The Service Provider shall provide the following services to the Client:</w:t>
      </w:r>
    </w:p>
    <w:p>
      <w:r>
        <w:rPr>
          <w:b w:val="0"/>
          <w:sz w:val="20"/>
        </w:rPr>
        <w:t>____________________________________________________________________________________</w:t>
      </w:r>
    </w:p>
    <w:p>
      <w:r>
        <w:rPr>
          <w:b w:val="0"/>
          <w:sz w:val="20"/>
        </w:rPr>
        <w:t>____________________________________________________________________________________</w:t>
      </w:r>
    </w:p>
    <w:p>
      <w:r>
        <w:rPr>
          <w:b w:val="0"/>
          <w:sz w:val="20"/>
        </w:rPr>
        <w:t>____________________________________________________________________________________</w:t>
      </w:r>
    </w:p>
    <w:p/>
    <w:p>
      <w:r>
        <w:rPr>
          <w:b/>
          <w:sz w:val="22"/>
        </w:rPr>
        <w:t>2. Term</w:t>
      </w:r>
    </w:p>
    <w:p>
      <w:r>
        <w:rPr>
          <w:b w:val="0"/>
          <w:sz w:val="20"/>
        </w:rPr>
        <w:t>This Agreement shall commence upon execution by both parties and shall continue until the completion of the services or termination in accordance with this Agreement.</w:t>
      </w:r>
    </w:p>
    <w:p/>
    <w:p>
      <w:r>
        <w:rPr>
          <w:b/>
          <w:sz w:val="22"/>
        </w:rPr>
        <w:t>3. Fees and Payment Terms</w:t>
      </w:r>
    </w:p>
    <w:p>
      <w:r>
        <w:rPr>
          <w:b w:val="0"/>
          <w:sz w:val="20"/>
        </w:rPr>
        <w:t>The Client agrees to pay the Service Provider as follows:</w:t>
      </w:r>
    </w:p>
    <w:p>
      <w:r>
        <w:rPr>
          <w:b w:val="0"/>
          <w:sz w:val="20"/>
        </w:rPr>
        <w:t>- Fee Structure (e.g., hourly rate, fixed fee): _____________________________________________________</w:t>
      </w:r>
    </w:p>
    <w:p>
      <w:r>
        <w:rPr>
          <w:b w:val="0"/>
          <w:sz w:val="20"/>
        </w:rPr>
        <w:t>- Payment Schedule: ___________________________________________________________________________</w:t>
      </w:r>
    </w:p>
    <w:p>
      <w:r>
        <w:rPr>
          <w:b w:val="0"/>
          <w:sz w:val="20"/>
        </w:rPr>
        <w:t>- Reimbursable Expenses: _____________________________________________________________________</w:t>
      </w:r>
    </w:p>
    <w:p>
      <w:r>
        <w:rPr>
          <w:b w:val="0"/>
          <w:sz w:val="20"/>
        </w:rPr>
        <w:t>Invoices are payable within thirty (30) days of receipt unless otherwise agreed in writing.</w:t>
      </w:r>
    </w:p>
    <w:p/>
    <w:p>
      <w:r>
        <w:rPr>
          <w:b/>
          <w:sz w:val="22"/>
        </w:rPr>
        <w:t>4. Responsibilities of the Service Provider</w:t>
      </w:r>
    </w:p>
    <w:p>
      <w:r>
        <w:rPr>
          <w:b w:val="0"/>
          <w:sz w:val="20"/>
        </w:rPr>
        <w:t>The Service Provider shall perform the services with reasonable care, skill, and diligence consistent with professional standards applicable to such services.</w:t>
      </w:r>
    </w:p>
    <w:p>
      <w:r>
        <w:rPr>
          <w:b w:val="0"/>
          <w:sz w:val="20"/>
        </w:rPr>
        <w:t>The Service Provider shall comply with all applicable laws, regulations, and codes of professional conduct.</w:t>
      </w:r>
    </w:p>
    <w:p/>
    <w:p>
      <w:r>
        <w:rPr>
          <w:b/>
          <w:sz w:val="22"/>
        </w:rPr>
        <w:t>5. Responsibilities of the Client</w:t>
      </w:r>
    </w:p>
    <w:p>
      <w:r>
        <w:rPr>
          <w:b w:val="0"/>
          <w:sz w:val="20"/>
        </w:rPr>
        <w:t>The Client shall provide the Service Provider with all necessary information, access, and cooperation required to facilitate the performance of the services.</w:t>
      </w:r>
    </w:p>
    <w:p>
      <w:r>
        <w:rPr>
          <w:b w:val="0"/>
          <w:sz w:val="20"/>
        </w:rPr>
        <w:t>The Client shall timely review, approve, and respond to any requests made by the Service Provider.</w:t>
      </w:r>
    </w:p>
    <w:p/>
    <w:p>
      <w:r>
        <w:rPr>
          <w:b/>
          <w:sz w:val="22"/>
        </w:rPr>
        <w:t>6. Confidentiality</w:t>
      </w:r>
    </w:p>
    <w:p>
      <w:r>
        <w:rPr>
          <w:b w:val="0"/>
          <w:sz w:val="20"/>
        </w:rPr>
        <w:t>Both parties agree to keep confidential all non-public information obtained in connection with this Agreement and not to disclose such information to any third party without prior written consent, except as required by law.</w:t>
      </w:r>
    </w:p>
    <w:p/>
    <w:p>
      <w:r>
        <w:rPr>
          <w:b/>
          <w:sz w:val="22"/>
        </w:rPr>
        <w:t>7. Intellectual Property</w:t>
      </w:r>
    </w:p>
    <w:p>
      <w:r>
        <w:rPr>
          <w:b w:val="0"/>
          <w:sz w:val="20"/>
        </w:rPr>
        <w:t>All intellectual property rights created or developed by the Service Provider in connection with the services shall be the property of the Client upon full payment, except as otherwise expressly agreed in writing.</w:t>
      </w:r>
    </w:p>
    <w:p/>
    <w:p>
      <w:r>
        <w:rPr>
          <w:b/>
          <w:sz w:val="22"/>
        </w:rPr>
        <w:t>8. Termination</w:t>
      </w:r>
    </w:p>
    <w:p>
      <w:r>
        <w:rPr>
          <w:b w:val="0"/>
          <w:sz w:val="20"/>
        </w:rPr>
        <w:t>Either party may terminate this Agreement upon written notice if the other party breaches any material term of this Agreement and fails to cure such breach within fourteen (14) days of notice.</w:t>
      </w:r>
    </w:p>
    <w:p>
      <w:r>
        <w:rPr>
          <w:b w:val="0"/>
          <w:sz w:val="20"/>
        </w:rPr>
        <w:t>Upon termination, the Client shall pay the Service Provider for all services performed and reimbursable expenses incurred to the date of termination.</w:t>
      </w:r>
    </w:p>
    <w:p/>
    <w:p>
      <w:r>
        <w:rPr>
          <w:b/>
          <w:sz w:val="22"/>
        </w:rPr>
        <w:t>9. Limitation of Liability</w:t>
      </w:r>
    </w:p>
    <w:p>
      <w:r>
        <w:rPr>
          <w:b w:val="0"/>
          <w:sz w:val="20"/>
        </w:rPr>
        <w:t>Except for damages arising from gross negligence or willful misconduct, neither party shall be liable for any indirect, incidental, consequential, special, or punitive damages arising out of or related to this Agreement.</w:t>
      </w:r>
    </w:p>
    <w:p/>
    <w:p>
      <w:r>
        <w:rPr>
          <w:b/>
          <w:sz w:val="22"/>
        </w:rPr>
        <w:t>10. Indemnification</w:t>
      </w:r>
    </w:p>
    <w:p>
      <w:r>
        <w:rPr>
          <w:b w:val="0"/>
          <w:sz w:val="20"/>
        </w:rPr>
        <w:t>Each party agrees to indemnify and hold harmless the other party from any claims, damages, liabilities, costs, or expenses arising out of the indemnifying party’s breach of this Agreement or its negligent or wrongful conduct.</w:t>
      </w:r>
    </w:p>
    <w:p/>
    <w:p>
      <w:r>
        <w:rPr>
          <w:b/>
          <w:sz w:val="22"/>
        </w:rPr>
        <w:t>11. Governing Law and Dispute Resolution</w:t>
      </w:r>
    </w:p>
    <w:p>
      <w:r>
        <w:rPr>
          <w:b w:val="0"/>
          <w:sz w:val="20"/>
        </w:rPr>
        <w:t>This Agreement shall be governed by and construed in accordance with the laws of the State of ___________________, without regard to its conflict of law principles.</w:t>
      </w:r>
    </w:p>
    <w:p>
      <w:r>
        <w:rPr>
          <w:b w:val="0"/>
          <w:sz w:val="20"/>
        </w:rPr>
        <w:t>Any dispute arising out of or relating to this Agreement shall be resolved first through good faith negotiation between the parties.</w:t>
      </w:r>
    </w:p>
    <w:p>
      <w:r>
        <w:rPr>
          <w:b w:val="0"/>
          <w:sz w:val="20"/>
        </w:rPr>
        <w:t>If the dispute cannot be resolved by negotiation, the parties agree to submit to binding arbitration in accordance with the rules of the American Arbitration Association.</w:t>
      </w:r>
    </w:p>
    <w:p/>
    <w:p>
      <w:r>
        <w:rPr>
          <w:b/>
          <w:sz w:val="22"/>
        </w:rPr>
        <w:t>12. Entire Agreement</w:t>
      </w:r>
    </w:p>
    <w:p>
      <w:r>
        <w:rPr>
          <w:b w:val="0"/>
          <w:sz w:val="20"/>
        </w:rPr>
        <w:t>This Agreement constitutes the entire understanding between the parties with respect to its subject matter and supersedes all prior discussions, agreements, or understandings of any kind.</w:t>
      </w:r>
    </w:p>
    <w:p>
      <w:r>
        <w:rPr>
          <w:b w:val="0"/>
          <w:sz w:val="20"/>
        </w:rPr>
        <w:t>Any amendments or modifications to this Agreement must be in writing and signed by both parties.</w:t>
      </w:r>
    </w:p>
    <w:p/>
    <w:p>
      <w:r>
        <w:rPr>
          <w:b/>
          <w:sz w:val="22"/>
        </w:rPr>
        <w:t>13. Notices</w:t>
      </w:r>
    </w:p>
    <w:p>
      <w:r>
        <w:rPr>
          <w:b w:val="0"/>
          <w:sz w:val="20"/>
        </w:rPr>
        <w:t>All notices required or permitted under this Agreement shall be in writing and shall be deemed delivered when delivered in person, sent by certified mail, return receipt requested, or by recognized overnight courier service to the addresses set forth above or as otherwise notified in writing.</w:t>
      </w:r>
    </w:p>
    <w:p/>
    <w:p>
      <w:r>
        <w:rPr>
          <w:b/>
          <w:sz w:val="22"/>
        </w:rPr>
        <w:t>14. Independent Contractor</w:t>
      </w:r>
    </w:p>
    <w:p>
      <w:r>
        <w:rPr>
          <w:b w:val="0"/>
          <w:sz w:val="20"/>
        </w:rPr>
        <w:t>The Service Provider is engaged as an independent contractor. Nothing in this Agreement shall be construed to create an employer-employee relationship, partnership, or joint venture between the parties.</w:t>
      </w:r>
    </w:p>
    <w:p/>
    <w:p/>
    <w:p>
      <w:r>
        <w:rPr>
          <w:b w:val="0"/>
          <w:sz w:val="20"/>
        </w:rPr>
        <w:t>Place of Execution: 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CLIENT</w:t>
            </w:r>
          </w:p>
        </w:tc>
        <w:tc>
          <w:tcPr>
            <w:tcW w:type="dxa" w:w="4986"/>
            <w:tcBorders>
              <w:top w:val="nil"/>
              <w:left w:val="nil"/>
              <w:bottom w:val="nil"/>
              <w:right w:val="nil"/>
              <w:insideH w:val="nil"/>
              <w:insideV w:val="nil"/>
            </w:tcBorders>
          </w:tcPr>
          <w:p>
            <w:pPr>
              <w:jc w:val="center"/>
            </w:pPr>
            <w:r>
              <w:t>SERVICE PROVIDER</w:t>
            </w:r>
          </w:p>
        </w:tc>
      </w:tr>
      <w:tr>
        <w:tc>
          <w:tcPr>
            <w:tcW w:type="dxa" w:w="4986"/>
            <w:tcBorders>
              <w:top w:val="nil"/>
              <w:left w:val="nil"/>
              <w:bottom w:val="nil"/>
              <w:right w:val="nil"/>
              <w:insideH w:val="nil"/>
              <w:insideV w:val="nil"/>
            </w:tcBorders>
          </w:tcPr>
          <w:p>
            <w:pPr>
              <w:jc w:val="center"/>
            </w:pPr>
            <w:r>
              <w:br/>
              <w:br/>
              <w:t>Signature: ________________________________</w:t>
            </w:r>
          </w:p>
        </w:tc>
        <w:tc>
          <w:tcPr>
            <w:tcW w:type="dxa" w:w="4986"/>
            <w:tcBorders>
              <w:top w:val="nil"/>
              <w:left w:val="nil"/>
              <w:bottom w:val="nil"/>
              <w:right w:val="nil"/>
              <w:insideH w:val="nil"/>
              <w:insideV w:val="nil"/>
            </w:tcBorders>
          </w:tcPr>
          <w:p>
            <w:pPr>
              <w:jc w:val="center"/>
            </w:pPr>
            <w:r>
              <w:br/>
              <w:br/>
              <w:t>Signature: ________________________________</w:t>
            </w:r>
          </w:p>
        </w:tc>
      </w:tr>
      <w:tr>
        <w:tc>
          <w:tcPr>
            <w:tcW w:type="dxa" w:w="4986"/>
            <w:tcBorders>
              <w:top w:val="nil"/>
              <w:left w:val="nil"/>
              <w:bottom w:val="nil"/>
              <w:right w:val="nil"/>
              <w:insideH w:val="nil"/>
              <w:insideV w:val="nil"/>
            </w:tcBorders>
          </w:tcPr>
          <w:p>
            <w:pPr>
              <w:jc w:val="center"/>
            </w:pPr>
            <w:r>
              <w:t>Name and Title: __________________________</w:t>
            </w:r>
          </w:p>
        </w:tc>
        <w:tc>
          <w:tcPr>
            <w:tcW w:type="dxa" w:w="4986"/>
            <w:tcBorders>
              <w:top w:val="nil"/>
              <w:left w:val="nil"/>
              <w:bottom w:val="nil"/>
              <w:right w:val="nil"/>
              <w:insideH w:val="nil"/>
              <w:insideV w:val="nil"/>
            </w:tcBorders>
          </w:tcPr>
          <w:p>
            <w:pPr>
              <w:jc w:val="center"/>
            </w:pPr>
            <w:r>
              <w:t>Name and Title: 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https://lettertemplate-us.com/letter-of-engagement/</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https://lettertemplate-us.com</w:t>
        </w:r>
      </w:hyperlink>
    </w:p>
    <w:p>
      <w:pPr>
        <w:jc w:val="center"/>
      </w:pPr>
      <w:r>
        <w:rPr>
          <w:color w:val="808080"/>
          <w:sz w:val="20"/>
        </w:rPr>
        <w:t>This template is intended exclusively for personal, non-commercial use.</w:t>
        <w:br/>
        <w:t>If distributed or published, the source must be mentioned. © lettertemplate-us.com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lettertemplate-us.com/letter-of-engagement/" TargetMode="External"/><Relationship Id="rId10" Type="http://schemas.openxmlformats.org/officeDocument/2006/relationships/hyperlink" Target="https://lettertemplate-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