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LETTER OF EXPLANATION FOR LATE PAYMENTS</w:t>
      </w:r>
    </w:p>
    <w:p/>
    <w:p/>
    <w:p>
      <w:r>
        <w:rPr>
          <w:b w:val="0"/>
          <w:sz w:val="20"/>
        </w:rPr>
        <w:t>To Whom It May Concern,</w:t>
      </w:r>
    </w:p>
    <w:p/>
    <w:p>
      <w:r>
        <w:rPr>
          <w:b w:val="0"/>
          <w:sz w:val="20"/>
        </w:rPr>
        <w:t>I am writing this letter to provide a full and formal explanation regarding the late payments reflected in my financial records. It is my intention to clarify the circumstances that led to these delays and to assure you of my commitment to fulfill all outstanding obligations.</w:t>
      </w:r>
    </w:p>
    <w:p/>
    <w:p>
      <w:r>
        <w:rPr>
          <w:b/>
          <w:sz w:val="22"/>
        </w:rPr>
        <w:t>Personal Information</w:t>
      </w:r>
    </w:p>
    <w:p>
      <w:r>
        <w:rPr>
          <w:b w:val="0"/>
          <w:sz w:val="20"/>
        </w:rPr>
        <w:t>Full Name: ____________________________________________________________</w:t>
      </w:r>
    </w:p>
    <w:p>
      <w:r>
        <w:rPr>
          <w:b w:val="0"/>
          <w:sz w:val="20"/>
        </w:rPr>
        <w:t>Address: ______________________________________________________________</w:t>
      </w:r>
    </w:p>
    <w:p>
      <w:r>
        <w:rPr>
          <w:b w:val="0"/>
          <w:sz w:val="20"/>
        </w:rPr>
        <w:t>Phone Number: _________________________________________________________</w:t>
      </w:r>
    </w:p>
    <w:p>
      <w:r>
        <w:rPr>
          <w:b w:val="0"/>
          <w:sz w:val="20"/>
        </w:rPr>
        <w:t>Email Address: _________________________________________________________</w:t>
      </w:r>
    </w:p>
    <w:p/>
    <w:p>
      <w:r>
        <w:rPr>
          <w:b/>
          <w:sz w:val="22"/>
        </w:rPr>
        <w:t>Account Information</w:t>
      </w:r>
    </w:p>
    <w:p>
      <w:r>
        <w:rPr>
          <w:b w:val="0"/>
          <w:sz w:val="20"/>
        </w:rPr>
        <w:t>Creditor/Lender Name: _________________________________________________</w:t>
      </w:r>
    </w:p>
    <w:p>
      <w:r>
        <w:rPr>
          <w:b w:val="0"/>
          <w:sz w:val="20"/>
        </w:rPr>
        <w:t>Account Number: _______________________________________________________</w:t>
      </w:r>
    </w:p>
    <w:p/>
    <w:p>
      <w:r>
        <w:rPr>
          <w:b/>
          <w:sz w:val="22"/>
        </w:rPr>
        <w:t>Explanation of Late Payments</w:t>
      </w:r>
    </w:p>
    <w:p>
      <w:r>
        <w:rPr>
          <w:b w:val="0"/>
          <w:sz w:val="20"/>
        </w:rPr>
        <w:t xml:space="preserve">During the period in question, I experienced circumstances beyond my control that temporarily impaired my ability to make timely payments. These circumstances include but are not limited to: </w:t>
      </w:r>
    </w:p>
    <w:p>
      <w:r>
        <w:rPr>
          <w:b/>
          <w:sz w:val="20"/>
        </w:rPr>
        <w:t>- Temporary loss of employment or reduction in income</w:t>
      </w:r>
    </w:p>
    <w:p>
      <w:r>
        <w:rPr>
          <w:b/>
          <w:sz w:val="20"/>
        </w:rPr>
        <w:t>- Unexpected medical expenses or emergencies</w:t>
      </w:r>
    </w:p>
    <w:p>
      <w:r>
        <w:rPr>
          <w:b/>
          <w:sz w:val="20"/>
        </w:rPr>
        <w:t>- Family or personal hardship</w:t>
      </w:r>
    </w:p>
    <w:p>
      <w:r>
        <w:rPr>
          <w:b/>
          <w:sz w:val="20"/>
        </w:rPr>
        <w:t>- Other financial obligations that required immediate attention</w:t>
      </w:r>
    </w:p>
    <w:p/>
    <w:p>
      <w:r>
        <w:rPr>
          <w:b w:val="0"/>
          <w:sz w:val="20"/>
        </w:rPr>
        <w:t>Despite these challenges, I took immediate steps to manage my finances responsibly and communicated proactively with my creditors. The late payments were not a result of negligence or unwillingness but due to genuine hardship.</w:t>
      </w:r>
    </w:p>
    <w:p/>
    <w:p>
      <w:r>
        <w:rPr>
          <w:b/>
          <w:sz w:val="22"/>
        </w:rPr>
        <w:t>Corrective Actions Taken</w:t>
      </w:r>
    </w:p>
    <w:p>
      <w:r>
        <w:rPr>
          <w:b w:val="0"/>
          <w:sz w:val="20"/>
        </w:rPr>
        <w:t>To rectify the situation, I have undertaken the following actions:</w:t>
      </w:r>
    </w:p>
    <w:p>
      <w:r>
        <w:rPr>
          <w:b/>
          <w:sz w:val="20"/>
        </w:rPr>
        <w:t>- Established a realistic and manageable budget</w:t>
      </w:r>
    </w:p>
    <w:p>
      <w:r>
        <w:rPr>
          <w:b/>
          <w:sz w:val="20"/>
        </w:rPr>
        <w:t>- Secured steady employment and stable income</w:t>
      </w:r>
    </w:p>
    <w:p>
      <w:r>
        <w:rPr>
          <w:b/>
          <w:sz w:val="20"/>
        </w:rPr>
        <w:t>- Prioritized outstanding debts and negotiated payment plans where applicable</w:t>
      </w:r>
    </w:p>
    <w:p>
      <w:r>
        <w:rPr>
          <w:b/>
          <w:sz w:val="20"/>
        </w:rPr>
        <w:t>- Set up automatic payments and reminders to ensure timely future payments</w:t>
      </w:r>
    </w:p>
    <w:p/>
    <w:p>
      <w:r>
        <w:rPr>
          <w:b/>
          <w:sz w:val="22"/>
        </w:rPr>
        <w:t>Commitment to Future Payments</w:t>
      </w:r>
    </w:p>
    <w:p>
      <w:r>
        <w:rPr>
          <w:b w:val="0"/>
          <w:sz w:val="20"/>
        </w:rPr>
        <w:t>I fully understand the importance of maintaining a positive payment history and am committed to ensuring all future payments are made promptly. I am confident that the circumstances leading to the past delays have been resolved and will not recur.</w:t>
      </w:r>
    </w:p>
    <w:p/>
    <w:p>
      <w:r>
        <w:rPr>
          <w:b/>
          <w:sz w:val="22"/>
        </w:rPr>
        <w:t>Additional Documentation</w:t>
      </w:r>
    </w:p>
    <w:p>
      <w:r>
        <w:rPr>
          <w:b w:val="0"/>
          <w:sz w:val="20"/>
        </w:rPr>
        <w:t>Please find attached supporting documentation that further explains my situation, including employment verification, medical records, and correspondence with creditors.</w:t>
      </w:r>
    </w:p>
    <w:p/>
    <w:p>
      <w:r>
        <w:rPr>
          <w:b/>
          <w:sz w:val="22"/>
        </w:rPr>
        <w:t>Contact Information</w:t>
      </w:r>
    </w:p>
    <w:p>
      <w:r>
        <w:rPr>
          <w:b w:val="0"/>
          <w:sz w:val="20"/>
        </w:rPr>
        <w:t>Should you require any additional information or wish to discuss this matter further, please do not hesitate to contact me at the phone number or email address listed above.</w:t>
      </w:r>
    </w:p>
    <w:p/>
    <w:p/>
    <w:p>
      <w:r>
        <w:rPr>
          <w:b w:val="0"/>
          <w:sz w:val="20"/>
        </w:rPr>
        <w:t>Thank you for your understanding and consideration.</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SENDER</w:t>
            </w:r>
          </w:p>
        </w:tc>
        <w:tc>
          <w:tcPr>
            <w:tcW w:type="dxa" w:w="4986"/>
            <w:tcBorders>
              <w:top w:val="nil"/>
              <w:left w:val="nil"/>
              <w:bottom w:val="nil"/>
              <w:right w:val="nil"/>
              <w:insideH w:val="nil"/>
              <w:insideV w:val="nil"/>
            </w:tcBorders>
          </w:tcPr>
          <w:p>
            <w:pPr>
              <w:jc w:val="center"/>
            </w:pPr>
            <w:r>
              <w:t>RECIPIENT</w:t>
            </w:r>
          </w:p>
        </w:tc>
      </w:tr>
      <w:tr>
        <w:tc>
          <w:tcPr>
            <w:tcW w:type="dxa" w:w="4986"/>
            <w:tcBorders>
              <w:top w:val="nil"/>
              <w:left w:val="nil"/>
              <w:bottom w:val="nil"/>
              <w:right w:val="nil"/>
              <w:insideH w:val="nil"/>
              <w:insideV w:val="nil"/>
            </w:tcBorders>
          </w:tcPr>
          <w:p>
            <w:pPr>
              <w:jc w:val="center"/>
            </w:pPr>
            <w:r>
              <w:br/>
              <w:br/>
              <w:t>Signature: _________________________</w:t>
            </w:r>
          </w:p>
        </w:tc>
        <w:tc>
          <w:tcPr>
            <w:tcW w:type="dxa" w:w="4986"/>
            <w:tcBorders>
              <w:top w:val="nil"/>
              <w:left w:val="nil"/>
              <w:bottom w:val="nil"/>
              <w:right w:val="nil"/>
              <w:insideH w:val="nil"/>
              <w:insideV w:val="nil"/>
            </w:tcBorders>
          </w:tcPr>
          <w:p>
            <w:pPr>
              <w:jc w:val="center"/>
            </w:pPr>
            <w:r>
              <w:br/>
              <w:br/>
              <w:t>Signature: _________________________</w:t>
            </w:r>
          </w:p>
        </w:tc>
      </w:tr>
      <w:tr>
        <w:tc>
          <w:tcPr>
            <w:tcW w:type="dxa" w:w="4986"/>
            <w:tcBorders>
              <w:top w:val="nil"/>
              <w:left w:val="nil"/>
              <w:bottom w:val="nil"/>
              <w:right w:val="nil"/>
              <w:insideH w:val="nil"/>
              <w:insideV w:val="nil"/>
            </w:tcBorders>
          </w:tcPr>
          <w:p>
            <w:pPr>
              <w:jc w:val="center"/>
            </w:pPr>
            <w:r>
              <w:t>Name: ________________________________</w:t>
            </w:r>
          </w:p>
        </w:tc>
        <w:tc>
          <w:tcPr>
            <w:tcW w:type="dxa" w:w="4986"/>
            <w:tcBorders>
              <w:top w:val="nil"/>
              <w:left w:val="nil"/>
              <w:bottom w:val="nil"/>
              <w:right w:val="nil"/>
              <w:insideH w:val="nil"/>
              <w:insideV w:val="nil"/>
            </w:tcBorders>
          </w:tcPr>
          <w:p>
            <w:pPr>
              <w:jc w:val="center"/>
            </w:pPr>
            <w:r>
              <w:t>Name: ________________________________</w:t>
            </w:r>
          </w:p>
        </w:tc>
      </w:tr>
    </w:tbl>
    <w:p>
      <w:r>
        <w:br w:type="page"/>
      </w:r>
    </w:p>
    <w:p>
      <w:pPr>
        <w:jc w:val="center"/>
      </w:pPr>
      <w:r>
        <w:rPr>
          <w:color w:val="555555"/>
          <w:sz w:val="24"/>
        </w:rPr>
        <w:t>Original source of this document:</w:t>
      </w:r>
    </w:p>
    <w:p>
      <w:pPr>
        <w:jc w:val="center"/>
      </w:pPr>
      <w:hyperlink r:id="rId9">
        <w:r>
          <w:rPr>
            <w:color w:val="0000FF"/>
            <w:u w:val="single"/>
          </w:rPr>
          <w:t>https://lettertemplate-us.com/letter-of-explanation-for-late-payments/</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https://lettertemplate-us.com</w:t>
        </w:r>
      </w:hyperlink>
    </w:p>
    <w:p>
      <w:pPr>
        <w:jc w:val="center"/>
      </w:pPr>
      <w:r>
        <w:rPr>
          <w:color w:val="808080"/>
          <w:sz w:val="20"/>
        </w:rPr>
        <w:t>This template is intended exclusively for personal, non-commercial use.</w:t>
        <w:br/>
        <w:t>If distributed or published, the source must be mentioned. © lettertemplate-us.com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lettertemplate-us.com/letter-of-explanation-for-late-payments/" TargetMode="External"/><Relationship Id="rId10" Type="http://schemas.openxmlformats.org/officeDocument/2006/relationships/hyperlink" Target="https://lettertemplate-u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