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FINAL WISHES</w:t>
      </w:r>
    </w:p>
    <w:p/>
    <w:p/>
    <w:p>
      <w:r>
        <w:rPr>
          <w:b w:val="0"/>
          <w:sz w:val="20"/>
        </w:rPr>
        <w:t>I, the undersigned, hereby provide this Letter of Final Wishes to accompany my Last Will and Testament. This document expresses my personal desires and guidance to my loved ones and executors regarding my final arrangements and other matters, to be considered alongside my Last Will and Testament.</w:t>
      </w:r>
    </w:p>
    <w:p/>
    <w:p/>
    <w:p>
      <w:r>
        <w:rPr>
          <w:b/>
          <w:sz w:val="22"/>
        </w:rPr>
        <w:t>1. Personal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Residence Address: _____________________________________________________</w:t>
      </w:r>
    </w:p>
    <w:p>
      <w:r>
        <w:rPr>
          <w:b w:val="0"/>
          <w:sz w:val="20"/>
        </w:rPr>
        <w:t>Phone Number: _________________________________________________________</w:t>
      </w:r>
    </w:p>
    <w:p/>
    <w:p/>
    <w:p>
      <w:r>
        <w:rPr>
          <w:b/>
          <w:sz w:val="22"/>
        </w:rPr>
        <w:t>2. Executor and Personal Representative</w:t>
      </w:r>
    </w:p>
    <w:p>
      <w:r>
        <w:rPr>
          <w:b w:val="0"/>
          <w:sz w:val="20"/>
        </w:rPr>
        <w:t>Name of Executor: _____________________________________________________</w:t>
      </w:r>
    </w:p>
    <w:p>
      <w:r>
        <w:rPr>
          <w:b w:val="0"/>
          <w:sz w:val="20"/>
        </w:rPr>
        <w:t>Contact Information: ___________________________________________________</w:t>
      </w:r>
    </w:p>
    <w:p>
      <w:r>
        <w:rPr>
          <w:b w:val="0"/>
          <w:sz w:val="20"/>
        </w:rPr>
        <w:t>Alternate Executor (if applicable): ______________________________________</w:t>
      </w:r>
    </w:p>
    <w:p/>
    <w:p/>
    <w:p>
      <w:r>
        <w:rPr>
          <w:b/>
          <w:sz w:val="22"/>
        </w:rPr>
        <w:t>3. Funeral and Burial Wishes</w:t>
      </w:r>
    </w:p>
    <w:p>
      <w:r>
        <w:rPr>
          <w:b w:val="0"/>
          <w:sz w:val="20"/>
        </w:rPr>
        <w:t>I express the following wishes regarding my funeral, memorial service, and final disposition of my remains:</w:t>
      </w:r>
    </w:p>
    <w:p>
      <w:r>
        <w:rPr>
          <w:b w:val="0"/>
          <w:sz w:val="20"/>
        </w:rPr>
        <w:t>Funeral service preferences: ___________________________________________</w:t>
      </w:r>
    </w:p>
    <w:p>
      <w:r>
        <w:rPr>
          <w:b w:val="0"/>
          <w:sz w:val="20"/>
        </w:rPr>
        <w:t>Preferred location and type of service: _________________________________</w:t>
      </w:r>
    </w:p>
    <w:p>
      <w:r>
        <w:rPr>
          <w:b w:val="0"/>
          <w:sz w:val="20"/>
        </w:rPr>
        <w:t>Burial or cremation preference: _________________________________________</w:t>
      </w:r>
    </w:p>
    <w:p>
      <w:r>
        <w:rPr>
          <w:b w:val="0"/>
          <w:sz w:val="20"/>
        </w:rPr>
        <w:t>Specific instructions regarding transportation, attire, readings, music, or rituals: _____________________________________________________________________________________</w:t>
      </w:r>
    </w:p>
    <w:p>
      <w:r>
        <w:rPr>
          <w:b w:val="0"/>
          <w:sz w:val="20"/>
        </w:rPr>
        <w:t>Organ donation: _______________________________________________________</w:t>
      </w:r>
    </w:p>
    <w:p>
      <w:r>
        <w:rPr>
          <w:b w:val="0"/>
          <w:sz w:val="20"/>
        </w:rPr>
        <w:t>Donation of body for scientific or medical purposes: _____________________</w:t>
      </w:r>
    </w:p>
    <w:p/>
    <w:p/>
    <w:p>
      <w:r>
        <w:rPr>
          <w:b/>
          <w:sz w:val="22"/>
        </w:rPr>
        <w:t>4. Distribution of Personal Effects and Sentimental Items</w:t>
      </w:r>
    </w:p>
    <w:p>
      <w:r>
        <w:rPr>
          <w:b w:val="0"/>
          <w:sz w:val="20"/>
        </w:rPr>
        <w:t>While my Last Will and Testament specifies the legal distribution of my estate, I provide the following guidance regarding personal and sentimental items:</w:t>
      </w:r>
    </w:p>
    <w:p>
      <w:r>
        <w:rPr>
          <w:b w:val="0"/>
          <w:sz w:val="20"/>
        </w:rPr>
        <w:t>Special items to be given to specific individuals or organizations: _____________________________________________________________________________________</w:t>
      </w:r>
    </w:p>
    <w:p>
      <w:r>
        <w:rPr>
          <w:b w:val="0"/>
          <w:sz w:val="20"/>
        </w:rPr>
        <w:t>Instructions regarding family heirlooms, jewelry, artwork, collections, or other valued possessions: _____________________________________________________________________________________</w:t>
      </w:r>
    </w:p>
    <w:p/>
    <w:p/>
    <w:p>
      <w:r>
        <w:rPr>
          <w:b/>
          <w:sz w:val="22"/>
        </w:rPr>
        <w:t>5. Messages to Loved Ones</w:t>
      </w:r>
    </w:p>
    <w:p>
      <w:r>
        <w:rPr>
          <w:b w:val="0"/>
          <w:sz w:val="20"/>
        </w:rPr>
        <w:t>I wish to leave my heartfelt messages and words of love, encouragement, or forgiveness as follows: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p>
      <w:r>
        <w:rPr>
          <w:b/>
          <w:sz w:val="22"/>
        </w:rPr>
        <w:t>6. Care of Dependents and Pets</w:t>
      </w:r>
    </w:p>
    <w:p>
      <w:r>
        <w:rPr>
          <w:b w:val="0"/>
          <w:sz w:val="20"/>
        </w:rPr>
        <w:t>If applicable, I provide guidance regarding the care and guardianship of my minor children, dependents, or pets:</w:t>
      </w:r>
    </w:p>
    <w:p>
      <w:r>
        <w:rPr>
          <w:b w:val="0"/>
          <w:sz w:val="20"/>
        </w:rPr>
        <w:t>Name(s) of guardian(s) or caregivers: __________________________________</w:t>
      </w:r>
    </w:p>
    <w:p>
      <w:r>
        <w:rPr>
          <w:b w:val="0"/>
          <w:sz w:val="20"/>
        </w:rPr>
        <w:t>Special instructions regarding care, education, or welfare: _______________</w:t>
      </w:r>
    </w:p>
    <w:p>
      <w:r>
        <w:rPr>
          <w:b w:val="0"/>
          <w:sz w:val="20"/>
        </w:rPr>
        <w:t>Instructions regarding pets’ care, including preferred caretakers and medical care: ______________________________________________________________________</w:t>
      </w:r>
    </w:p>
    <w:p/>
    <w:p/>
    <w:p>
      <w:r>
        <w:rPr>
          <w:b/>
          <w:sz w:val="22"/>
        </w:rPr>
        <w:t>7. Financial and Legal Matters Guidance</w:t>
      </w:r>
    </w:p>
    <w:p>
      <w:r>
        <w:rPr>
          <w:b w:val="0"/>
          <w:sz w:val="20"/>
        </w:rPr>
        <w:t>Though financial matters are primarily addressed in my Last Will and Testament, I offer the following wishes and guidance:</w:t>
      </w:r>
    </w:p>
    <w:p>
      <w:r>
        <w:rPr>
          <w:b w:val="0"/>
          <w:sz w:val="20"/>
        </w:rPr>
        <w:t>Preferences regarding charitable donations or distributions not legally required: _____________________________________________________________________________________</w:t>
      </w:r>
    </w:p>
    <w:p>
      <w:r>
        <w:rPr>
          <w:b w:val="0"/>
          <w:sz w:val="20"/>
        </w:rPr>
        <w:t>Instructions to ease administrative matters or reduce burdens on my executor and family: _____________________________________________________________________________________</w:t>
      </w:r>
    </w:p>
    <w:p/>
    <w:p/>
    <w:p>
      <w:r>
        <w:rPr>
          <w:b/>
          <w:sz w:val="22"/>
        </w:rPr>
        <w:t>8. Digital Assets and Online Accounts</w:t>
      </w:r>
    </w:p>
    <w:p>
      <w:r>
        <w:rPr>
          <w:b w:val="0"/>
          <w:sz w:val="20"/>
        </w:rPr>
        <w:t>I provide the following information and instructions regarding my digital presence:</w:t>
      </w:r>
    </w:p>
    <w:p>
      <w:r>
        <w:rPr>
          <w:b w:val="0"/>
          <w:sz w:val="20"/>
        </w:rPr>
        <w:t>List of important online accounts and access instructions: _______________</w:t>
      </w:r>
    </w:p>
    <w:p>
      <w:r>
        <w:rPr>
          <w:b w:val="0"/>
          <w:sz w:val="20"/>
        </w:rPr>
        <w:t>Wishes regarding social media accounts, email, and other digital assets: _____________________________________________________________________________________</w:t>
      </w:r>
    </w:p>
    <w:p/>
    <w:p/>
    <w:p>
      <w:r>
        <w:rPr>
          <w:b/>
          <w:sz w:val="22"/>
        </w:rPr>
        <w:t>9. Organ and Tissue Donation</w:t>
      </w:r>
    </w:p>
    <w:p>
      <w:r>
        <w:rPr>
          <w:b w:val="0"/>
          <w:sz w:val="20"/>
        </w:rPr>
        <w:t>I hereby state my wishes regarding organ and tissue donation as follows:</w:t>
      </w:r>
    </w:p>
    <w:p>
      <w:r>
        <w:rPr>
          <w:b w:val="0"/>
          <w:sz w:val="20"/>
        </w:rPr>
        <w:t>_____________________________________________________________________</w:t>
      </w:r>
    </w:p>
    <w:p>
      <w:r>
        <w:rPr>
          <w:b w:val="0"/>
          <w:sz w:val="20"/>
        </w:rPr>
        <w:t>_____________________________________________________________________</w:t>
      </w:r>
    </w:p>
    <w:p/>
    <w:p/>
    <w:p>
      <w:r>
        <w:rPr>
          <w:b/>
          <w:sz w:val="22"/>
        </w:rPr>
        <w:t>10. Special Requests and Additional Information</w:t>
      </w:r>
    </w:p>
    <w:p>
      <w:r>
        <w:rPr>
          <w:b w:val="0"/>
          <w:sz w:val="20"/>
        </w:rPr>
        <w:t>Any other wishes, requests, or information I wish to convey to my family, executor, or loved ones: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p/>
    <w:p>
      <w:r>
        <w:rPr>
          <w:b w:val="0"/>
          <w:sz w:val="20"/>
        </w:rPr>
        <w:t>I confirm that this Letter of Final Wishes represents my expressed desires and is intended to provide guidance to those responsible for carrying out my final affairs. This document is not a legal substitute for my Last Will and Testament but serves to supplement it with my personal wishes.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Testator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rPr>
          <w:b w:val="0"/>
          <w:sz w:val="20"/>
        </w:rPr>
        <w:t>Witness Address: ______________________________________________</w:t>
      </w:r>
    </w:p>
    <w:p>
      <w:r>
        <w:rPr>
          <w:b w:val="0"/>
          <w:sz w:val="20"/>
        </w:rPr>
        <w:t>Witness Contact Number: 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https://lettertemplate-us.com/letter-of-final-wishes/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final-wishes/"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