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INSTRUCTION TO BANK</w:t>
      </w:r>
    </w:p>
    <w:p/>
    <w:p>
      <w:r>
        <w:rPr>
          <w:b/>
          <w:sz w:val="20"/>
        </w:rPr>
        <w:t>To:</w:t>
      </w:r>
    </w:p>
    <w:p>
      <w:r>
        <w:rPr>
          <w:b w:val="0"/>
          <w:sz w:val="20"/>
        </w:rPr>
        <w:t>Bank Name: _______________________________________________________</w:t>
      </w:r>
    </w:p>
    <w:p>
      <w:r>
        <w:rPr>
          <w:b w:val="0"/>
          <w:sz w:val="20"/>
        </w:rPr>
        <w:t>Bank Address: ____________________________________________________</w:t>
      </w:r>
    </w:p>
    <w:p>
      <w:r>
        <w:rPr>
          <w:b w:val="0"/>
          <w:sz w:val="20"/>
        </w:rPr>
        <w:t>City, State, ZIP: ________________________________________________</w:t>
      </w:r>
    </w:p>
    <w:p/>
    <w:p>
      <w:r>
        <w:rPr>
          <w:b/>
          <w:sz w:val="20"/>
        </w:rPr>
        <w:t>From:</w:t>
      </w:r>
    </w:p>
    <w:p>
      <w:r>
        <w:rPr>
          <w:b w:val="0"/>
          <w:sz w:val="20"/>
        </w:rPr>
        <w:t>Name: ___________________________________________________________</w:t>
      </w:r>
    </w:p>
    <w:p>
      <w:r>
        <w:rPr>
          <w:b w:val="0"/>
          <w:sz w:val="20"/>
        </w:rPr>
        <w:t>Address: _________________________________________________________</w:t>
      </w:r>
    </w:p>
    <w:p>
      <w:r>
        <w:rPr>
          <w:b w:val="0"/>
          <w:sz w:val="20"/>
        </w:rPr>
        <w:t>City, State, ZIP: ________________________________________________</w:t>
      </w:r>
    </w:p>
    <w:p>
      <w:r>
        <w:rPr>
          <w:b w:val="0"/>
          <w:sz w:val="20"/>
        </w:rPr>
        <w:t>Phone Number: ____________________________________________________</w:t>
      </w:r>
    </w:p>
    <w:p>
      <w:r>
        <w:rPr>
          <w:b w:val="0"/>
          <w:sz w:val="20"/>
        </w:rPr>
        <w:t>Email: ___________________________________________________________</w:t>
      </w:r>
    </w:p>
    <w:p/>
    <w:p>
      <w:r>
        <w:rPr>
          <w:b/>
          <w:sz w:val="20"/>
        </w:rPr>
        <w:t>Account Information:</w:t>
      </w:r>
    </w:p>
    <w:p>
      <w:r>
        <w:rPr>
          <w:b w:val="0"/>
          <w:sz w:val="20"/>
        </w:rPr>
        <w:t>Account Name: ___________________________________________________</w:t>
      </w:r>
    </w:p>
    <w:p>
      <w:r>
        <w:rPr>
          <w:b w:val="0"/>
          <w:sz w:val="20"/>
        </w:rPr>
        <w:t>Account Number: _________________________________________________</w:t>
      </w:r>
    </w:p>
    <w:p>
      <w:r>
        <w:rPr>
          <w:b w:val="0"/>
          <w:sz w:val="20"/>
        </w:rPr>
        <w:t>Bank Routing Number (ABA): ______________________________________</w:t>
      </w:r>
    </w:p>
    <w:p>
      <w:r>
        <w:rPr>
          <w:b w:val="0"/>
          <w:sz w:val="20"/>
        </w:rPr>
        <w:t>SWIFT Code (if applicable): ______________________________________</w:t>
      </w:r>
    </w:p>
    <w:p/>
    <w:p>
      <w:r>
        <w:rPr>
          <w:b/>
          <w:sz w:val="20"/>
        </w:rPr>
        <w:t>Instructions:</w:t>
      </w:r>
    </w:p>
    <w:p>
      <w:r>
        <w:rPr>
          <w:b w:val="0"/>
          <w:sz w:val="20"/>
        </w:rPr>
        <w:t>Please process the following transactions as instructed below. This Letter of Instruction is binding and authorizes the Bank to act in accordance with the details provided herein.</w:t>
      </w:r>
    </w:p>
    <w:p/>
    <w:tbl>
      <w:tblPr>
        <w:tblW w:type="auto" w:w="0"/>
        <w:tblLayout w:type="autofit"/>
        <w:tblLook w:firstColumn="1" w:firstRow="1" w:lastColumn="0" w:lastRow="0" w:noHBand="0" w:noVBand="1" w:val="04A0"/>
      </w:tblPr>
      <w:tblGrid>
        <w:gridCol w:w="1994"/>
        <w:gridCol w:w="1994"/>
        <w:gridCol w:w="1994"/>
        <w:gridCol w:w="1994"/>
        <w:gridCol w:w="1994"/>
      </w:tblGrid>
      <w:tr>
        <w:tc>
          <w:tcPr>
            <w:tcW w:type="dxa" w:w="1994"/>
          </w:tcPr>
          <w:p>
            <w:r>
              <w:t>Transaction Type</w:t>
            </w:r>
          </w:p>
        </w:tc>
        <w:tc>
          <w:tcPr>
            <w:tcW w:type="dxa" w:w="1994"/>
          </w:tcPr>
          <w:p>
            <w:r>
              <w:t>Amount (USD)</w:t>
            </w:r>
          </w:p>
        </w:tc>
        <w:tc>
          <w:tcPr>
            <w:tcW w:type="dxa" w:w="1994"/>
          </w:tcPr>
          <w:p>
            <w:r>
              <w:t>Currency (if not USD)</w:t>
            </w:r>
          </w:p>
        </w:tc>
        <w:tc>
          <w:tcPr>
            <w:tcW w:type="dxa" w:w="1994"/>
          </w:tcPr>
          <w:p>
            <w:r>
              <w:t>Beneficiary Name</w:t>
            </w:r>
          </w:p>
        </w:tc>
        <w:tc>
          <w:tcPr>
            <w:tcW w:type="dxa" w:w="1994"/>
          </w:tcPr>
          <w:p>
            <w:r>
              <w:t>Beneficiary Account Details</w:t>
            </w:r>
          </w:p>
        </w:tc>
      </w:tr>
      <w:tr>
        <w:tc>
          <w:tcPr>
            <w:tcW w:type="dxa" w:w="1994"/>
          </w:tcPr>
          <w:p>
            <w:r/>
          </w:p>
        </w:tc>
        <w:tc>
          <w:tcPr>
            <w:tcW w:type="dxa" w:w="1994"/>
          </w:tcPr>
          <w:p>
            <w:r/>
          </w:p>
        </w:tc>
        <w:tc>
          <w:tcPr>
            <w:tcW w:type="dxa" w:w="1994"/>
          </w:tcPr>
          <w:p>
            <w:r/>
          </w:p>
        </w:tc>
        <w:tc>
          <w:tcPr>
            <w:tcW w:type="dxa" w:w="1994"/>
          </w:tcPr>
          <w:p>
            <w:r/>
          </w:p>
        </w:tc>
        <w:tc>
          <w:tcPr>
            <w:tcW w:type="dxa" w:w="1994"/>
          </w:tcPr>
          <w:p>
            <w:r/>
          </w:p>
        </w:tc>
      </w:tr>
      <w:tr>
        <w:tc>
          <w:tcPr>
            <w:tcW w:type="dxa" w:w="1994"/>
          </w:tcPr>
          <w:p>
            <w:r/>
          </w:p>
        </w:tc>
        <w:tc>
          <w:tcPr>
            <w:tcW w:type="dxa" w:w="1994"/>
          </w:tcPr>
          <w:p>
            <w:r/>
          </w:p>
        </w:tc>
        <w:tc>
          <w:tcPr>
            <w:tcW w:type="dxa" w:w="1994"/>
          </w:tcPr>
          <w:p>
            <w:r/>
          </w:p>
        </w:tc>
        <w:tc>
          <w:tcPr>
            <w:tcW w:type="dxa" w:w="1994"/>
          </w:tcPr>
          <w:p>
            <w:r/>
          </w:p>
        </w:tc>
        <w:tc>
          <w:tcPr>
            <w:tcW w:type="dxa" w:w="1994"/>
          </w:tcPr>
          <w:p>
            <w:r/>
          </w:p>
        </w:tc>
      </w:tr>
      <w:tr>
        <w:tc>
          <w:tcPr>
            <w:tcW w:type="dxa" w:w="1994"/>
          </w:tcPr>
          <w:p>
            <w:r/>
          </w:p>
        </w:tc>
        <w:tc>
          <w:tcPr>
            <w:tcW w:type="dxa" w:w="1994"/>
          </w:tcPr>
          <w:p>
            <w:r/>
          </w:p>
        </w:tc>
        <w:tc>
          <w:tcPr>
            <w:tcW w:type="dxa" w:w="1994"/>
          </w:tcPr>
          <w:p>
            <w:r/>
          </w:p>
        </w:tc>
        <w:tc>
          <w:tcPr>
            <w:tcW w:type="dxa" w:w="1994"/>
          </w:tcPr>
          <w:p>
            <w:r/>
          </w:p>
        </w:tc>
        <w:tc>
          <w:tcPr>
            <w:tcW w:type="dxa" w:w="1994"/>
          </w:tcPr>
          <w:p>
            <w:r/>
          </w:p>
        </w:tc>
      </w:tr>
    </w:tbl>
    <w:p/>
    <w:p>
      <w:r>
        <w:rPr>
          <w:b/>
          <w:sz w:val="20"/>
        </w:rPr>
        <w:t>Purpose of Transactions:</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r>
        <w:rPr>
          <w:b/>
          <w:sz w:val="20"/>
        </w:rPr>
        <w:t>Authorization and Representations:</w:t>
      </w:r>
    </w:p>
    <w:p>
      <w:r>
        <w:rPr>
          <w:b w:val="0"/>
          <w:sz w:val="20"/>
        </w:rPr>
        <w:t>The undersigned hereby authorizes the Bank to carry out the above instructions and represents that all information provided in this Letter of Instruction is true, accurate, and complete. The undersigned agrees to indemnify and hold harmless the Bank against any loss, liability, or damage arising from the Bank’s reliance on these instructions.</w:t>
      </w:r>
    </w:p>
    <w:p/>
    <w:p>
      <w:r>
        <w:rPr>
          <w:b w:val="0"/>
          <w:sz w:val="20"/>
        </w:rPr>
        <w:t>This Letter of Instruction supersedes any and all prior instructions relating to the transactions described herein and shall remain in full force and effect until expressly revoked in writing.</w:t>
      </w:r>
    </w:p>
    <w:p/>
    <w:p>
      <w:r>
        <w:rPr>
          <w:b/>
          <w:sz w:val="20"/>
        </w:rPr>
        <w:t>Limitations and Liability:</w:t>
      </w:r>
    </w:p>
    <w:p>
      <w:r>
        <w:rPr>
          <w:b w:val="0"/>
          <w:sz w:val="20"/>
        </w:rPr>
        <w:t>The Bank shall not be liable for any delay, loss, or failure to execute the instructions except in cases of gross negligence or willful misconduct. The Bank may rely on any facsimile, email, or other communication that reasonably appears to be from the undersigned. The undersigned shall notify the Bank promptly of any unauthorized transactions or discrepancies.</w:t>
      </w:r>
    </w:p>
    <w:p/>
    <w:p>
      <w:r>
        <w:rPr>
          <w:b/>
          <w:sz w:val="20"/>
        </w:rPr>
        <w:t>Governing Law and Jurisdiction:</w:t>
      </w:r>
    </w:p>
    <w:p>
      <w:r>
        <w:rPr>
          <w:b w:val="0"/>
          <w:sz w:val="20"/>
        </w:rPr>
        <w:t>This Letter of Instruction shall be governed by and construed in accordance with the laws of the State of ______________________, United States of America. Any disputes arising out of or in connection with this Letter of Instruction shall be subject to the exclusive jurisdiction of the state and federal courts located in 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SIGNATORY</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w:t>
            </w:r>
          </w:p>
        </w:tc>
      </w:tr>
    </w:tbl>
    <w:p/>
    <w:p/>
    <w:p>
      <w:r>
        <w:rPr>
          <w:b/>
          <w:sz w:val="20"/>
        </w:rPr>
        <w:t>Additional Notes / Instructions:</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p/>
    <w:p>
      <w:r>
        <w:rPr>
          <w:b/>
          <w:sz w:val="20"/>
        </w:rPr>
        <w:t>By signing below, the undersigned acknowledges having read, understood, and agreed to all terms and conditions outlined in this Letter of Instruction to Bank.</w:t>
      </w:r>
    </w:p>
    <w:p/>
    <w:p/>
    <w:p>
      <w:r>
        <w:rPr>
          <w:b w:val="0"/>
          <w:sz w:val="20"/>
        </w:rPr>
        <w:t>Place of Signature: _______________________________________________</w:t>
      </w:r>
    </w:p>
    <w:p>
      <w:r>
        <w:rPr>
          <w:b w:val="0"/>
          <w:sz w:val="20"/>
        </w:rPr>
        <w:t>Date: ___________________________________________________________</w:t>
      </w:r>
    </w:p>
    <w:p/>
    <w:p/>
    <w:p/>
    <w:p>
      <w:r>
        <w:br w:type="page"/>
      </w:r>
    </w:p>
    <w:p>
      <w:pPr>
        <w:jc w:val="center"/>
      </w:pPr>
      <w:r>
        <w:rPr>
          <w:color w:val="555555"/>
          <w:sz w:val="24"/>
        </w:rPr>
        <w:t>Original source of this document:</w:t>
      </w:r>
    </w:p>
    <w:p>
      <w:pPr>
        <w:jc w:val="center"/>
      </w:pPr>
      <w:hyperlink r:id="rId9">
        <w:r>
          <w:rPr>
            <w:color w:val="0000FF"/>
            <w:u w:val="single"/>
          </w:rPr>
          <w:t>https://lettertemplate-us.com/letter-of-instruction-to-bank/</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etter-of-instruction-to-bank/"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