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INTRODUCTION FOR EMPLOYMENT</w:t>
      </w:r>
    </w:p>
    <w:p/>
    <w:p/>
    <w:p>
      <w:r>
        <w:rPr>
          <w:b/>
          <w:sz w:val="20"/>
        </w:rPr>
        <w:t>SENDER'S INFORMATION:</w:t>
      </w:r>
    </w:p>
    <w:p>
      <w:r>
        <w:rPr>
          <w:b w:val="0"/>
          <w:sz w:val="20"/>
        </w:rPr>
        <w:t>Full Name: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/>
    <w:p>
      <w:r>
        <w:rPr>
          <w:b/>
          <w:sz w:val="20"/>
        </w:rPr>
        <w:t>RECIPIENT'S INFORMATION:</w:t>
      </w:r>
    </w:p>
    <w:p>
      <w:r>
        <w:rPr>
          <w:b w:val="0"/>
          <w:sz w:val="20"/>
        </w:rPr>
        <w:t>Full Name/Title: _______________________________________________________</w:t>
      </w:r>
    </w:p>
    <w:p>
      <w:r>
        <w:rPr>
          <w:b w:val="0"/>
          <w:sz w:val="20"/>
        </w:rPr>
        <w:t>Company Name: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SUBJECT: INTRODUCTION AND EMPLOYMENT INTEREST</w:t>
      </w:r>
    </w:p>
    <w:p/>
    <w:p/>
    <w:p>
      <w:r>
        <w:rPr>
          <w:b w:val="0"/>
          <w:sz w:val="20"/>
        </w:rPr>
        <w:t>Dear Hiring Manager,</w:t>
      </w:r>
    </w:p>
    <w:p/>
    <w:p>
      <w:r>
        <w:rPr>
          <w:b w:val="0"/>
          <w:sz w:val="20"/>
        </w:rPr>
        <w:t>I am writing to formally introduce myself and express my sincere interest in employment opportunities within your esteemed organization. I am confident that my skills, experience, and dedication make me a strong candidate for contributing positively to your team.</w:t>
      </w:r>
    </w:p>
    <w:p/>
    <w:p>
      <w:r>
        <w:rPr>
          <w:b/>
          <w:sz w:val="20"/>
        </w:rPr>
        <w:t>Professional Summary:</w:t>
      </w:r>
    </w:p>
    <w:p>
      <w:r>
        <w:rPr>
          <w:b w:val="0"/>
          <w:sz w:val="20"/>
        </w:rPr>
        <w:t>I bring a demonstrated history of success in my professional career, including expertise in [insert relevant skills or fields]. My background includes [briefly mention relevant experience, e.g., years of experience, industries, key achievements], and I am committed to maintaining high standards of professionalism and work ethic.</w:t>
      </w:r>
    </w:p>
    <w:p/>
    <w:p>
      <w:r>
        <w:rPr>
          <w:b/>
          <w:sz w:val="20"/>
        </w:rPr>
        <w:t>Key Skills and Qualifications:</w:t>
      </w:r>
    </w:p>
    <w:p>
      <w:r>
        <w:rPr>
          <w:b w:val="0"/>
          <w:sz w:val="20"/>
        </w:rPr>
        <w:t>• 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</w:t>
      </w:r>
    </w:p>
    <w:p/>
    <w:p>
      <w:r>
        <w:rPr>
          <w:b/>
          <w:sz w:val="20"/>
        </w:rPr>
        <w:t>Motivation and Fit:</w:t>
      </w:r>
    </w:p>
    <w:p>
      <w:r>
        <w:rPr>
          <w:b w:val="0"/>
          <w:sz w:val="20"/>
        </w:rPr>
        <w:t>I am particularly drawn to your company because of [state reasons such as company values, culture, industry position, recent projects]. I believe that my background aligns well with your organization's goals and I am eager to contribute my skills towards your continued success.</w:t>
      </w:r>
    </w:p>
    <w:p/>
    <w:p>
      <w:r>
        <w:rPr>
          <w:b w:val="0"/>
          <w:sz w:val="20"/>
        </w:rPr>
        <w:t>I respectfully request your consideration for any current or future employment opportunities that match my qualifications. I welcome the chance to discuss how I can add value to your team and am available at your convenience for an interview or further discussion.</w:t>
      </w:r>
    </w:p>
    <w:p/>
    <w:p>
      <w:r>
        <w:rPr>
          <w:b w:val="0"/>
          <w:sz w:val="20"/>
        </w:rPr>
        <w:t>Thank you for taking the time to review my introduction. I look forward to the possibility of collaborating with your organization and contributing to its growth.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Printed Name: ________________________________________</w:t>
            </w:r>
          </w:p>
        </w:tc>
      </w:tr>
    </w:tbl>
    <w:p/>
    <w:p/>
    <w:p>
      <w:r>
        <w:rPr>
          <w:b/>
          <w:sz w:val="20"/>
        </w:rPr>
        <w:t>Attachment: Resume/CV (if applicable)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https://lettertemplate-us.com/letter-of-introduction-for-job/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letter-of-introduction-for-job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