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PURPOSE</w:t>
      </w:r>
    </w:p>
    <w:p/>
    <w:p/>
    <w:p>
      <w:r>
        <w:rPr>
          <w:b w:val="0"/>
          <w:sz w:val="20"/>
        </w:rPr>
        <w:t>To Whom It May Concern,</w:t>
      </w:r>
    </w:p>
    <w:p/>
    <w:p>
      <w:r>
        <w:rPr>
          <w:b w:val="0"/>
          <w:sz w:val="20"/>
        </w:rPr>
        <w:t>This Letter of Purpose (“LOP”) sets forth the basic terms and conditions under which the undersigned intends to enter into a formal agreement with the Recipient described below. This document is intended to serve as a preliminary expression of intent and is subject to the preparation and execution of definitive agreements.</w:t>
      </w:r>
    </w:p>
    <w:p/>
    <w:p/>
    <w:p>
      <w:r>
        <w:rPr>
          <w:b/>
          <w:sz w:val="20"/>
        </w:rPr>
        <w:t>1. Parties Involved</w:t>
      </w:r>
    </w:p>
    <w:p>
      <w:r>
        <w:rPr>
          <w:b w:val="0"/>
          <w:sz w:val="20"/>
        </w:rPr>
        <w:t>Name of Intenting Party: ____________________________________________________________</w:t>
      </w:r>
    </w:p>
    <w:p>
      <w:r>
        <w:rPr>
          <w:b w:val="0"/>
          <w:sz w:val="20"/>
        </w:rPr>
        <w:t>Address: _________________________________________________________________________</w:t>
      </w:r>
    </w:p>
    <w:p>
      <w:r>
        <w:rPr>
          <w:b w:val="0"/>
          <w:sz w:val="20"/>
        </w:rPr>
        <w:t>Contact Information (Phone/Email): __________________________________________________</w:t>
      </w:r>
    </w:p>
    <w:p/>
    <w:p>
      <w:r>
        <w:rPr>
          <w:b w:val="0"/>
          <w:sz w:val="20"/>
        </w:rPr>
        <w:t>Name of Recipient: _________________________________________________________________</w:t>
      </w:r>
    </w:p>
    <w:p>
      <w:r>
        <w:rPr>
          <w:b w:val="0"/>
          <w:sz w:val="20"/>
        </w:rPr>
        <w:t>Address: _________________________________________________________________________</w:t>
      </w:r>
    </w:p>
    <w:p>
      <w:r>
        <w:rPr>
          <w:b w:val="0"/>
          <w:sz w:val="20"/>
        </w:rPr>
        <w:t>Contact Information (Phone/Email): __________________________________________________</w:t>
      </w:r>
    </w:p>
    <w:p/>
    <w:p/>
    <w:p>
      <w:r>
        <w:rPr>
          <w:b/>
          <w:sz w:val="20"/>
        </w:rPr>
        <w:t>2. Purpose of the Letter</w:t>
      </w:r>
    </w:p>
    <w:p>
      <w:r>
        <w:rPr>
          <w:b w:val="0"/>
          <w:sz w:val="20"/>
        </w:rPr>
        <w:t>The purpose of this Letter of Purpose is to outline the intention of the Intenting Party to engage in discussions and negotiations with the Recipient regarding the potential transaction or collaboration described as follows:</w:t>
      </w:r>
    </w:p>
    <w:p>
      <w:r>
        <w:rPr>
          <w:b w:val="0"/>
          <w:sz w:val="20"/>
        </w:rPr>
        <w:t>_____________________________________________________________________________________</w:t>
      </w:r>
    </w:p>
    <w:p>
      <w:r>
        <w:rPr>
          <w:b w:val="0"/>
          <w:sz w:val="20"/>
        </w:rPr>
        <w:t>_____________________________________________________________________________________</w:t>
      </w:r>
    </w:p>
    <w:p>
      <w:r>
        <w:rPr>
          <w:b w:val="0"/>
          <w:sz w:val="20"/>
        </w:rPr>
        <w:t>_____________________________________________________________________________________</w:t>
      </w:r>
    </w:p>
    <w:p/>
    <w:p/>
    <w:p>
      <w:r>
        <w:rPr>
          <w:b/>
          <w:sz w:val="20"/>
        </w:rPr>
        <w:t>3. Key Terms and Conditions</w:t>
      </w:r>
    </w:p>
    <w:p>
      <w:r>
        <w:rPr>
          <w:b w:val="0"/>
          <w:sz w:val="20"/>
        </w:rPr>
        <w:t>The parties intend to negotiate in good faith the following key terms and conditions, which are preliminary and non-binding unless otherwise specified:</w:t>
      </w:r>
    </w:p>
    <w:p>
      <w:r>
        <w:rPr>
          <w:b/>
          <w:sz w:val="20"/>
        </w:rPr>
        <w:t>a) Description of Transaction or Collaboration:</w:t>
      </w:r>
    </w:p>
    <w:p>
      <w:r>
        <w:rPr>
          <w:b w:val="0"/>
          <w:sz w:val="20"/>
        </w:rPr>
        <w:t xml:space="preserve">   __________________________________________________________________________________</w:t>
      </w:r>
    </w:p>
    <w:p>
      <w:r>
        <w:rPr>
          <w:b w:val="0"/>
          <w:sz w:val="20"/>
        </w:rPr>
        <w:t xml:space="preserve">   __________________________________________________________________________________</w:t>
      </w:r>
    </w:p>
    <w:p>
      <w:r>
        <w:rPr>
          <w:b/>
          <w:sz w:val="20"/>
        </w:rPr>
        <w:t>b) Proposed Consideration or Compensation:</w:t>
      </w:r>
    </w:p>
    <w:p>
      <w:r>
        <w:rPr>
          <w:b w:val="0"/>
          <w:sz w:val="20"/>
        </w:rPr>
        <w:t xml:space="preserve">   __________________________________________________________________________________</w:t>
      </w:r>
    </w:p>
    <w:p>
      <w:r>
        <w:rPr>
          <w:b/>
          <w:sz w:val="20"/>
        </w:rPr>
        <w:t>c) Confidentiality Obligations:</w:t>
      </w:r>
    </w:p>
    <w:p>
      <w:r>
        <w:rPr>
          <w:b w:val="0"/>
          <w:sz w:val="20"/>
        </w:rPr>
        <w:t xml:space="preserve">   Both parties agree that all information disclosed during negotiations shall be treated as confidential and shall not be disclosed to third parties without prior written consent, except as required by law.</w:t>
      </w:r>
    </w:p>
    <w:p/>
    <w:p>
      <w:r>
        <w:rPr>
          <w:b/>
          <w:sz w:val="20"/>
        </w:rPr>
        <w:t>d) Timeline and Milestones:</w:t>
      </w:r>
    </w:p>
    <w:p>
      <w:r>
        <w:rPr>
          <w:b w:val="0"/>
          <w:sz w:val="20"/>
        </w:rPr>
        <w:t xml:space="preserve">   The parties will endeavor to complete negotiations and execute definitive agreements by mutually agreed dates, subject to due diligence and regulatory approvals.</w:t>
      </w:r>
    </w:p>
    <w:p/>
    <w:p/>
    <w:p>
      <w:r>
        <w:rPr>
          <w:b/>
          <w:sz w:val="20"/>
        </w:rPr>
        <w:t>4. Non-Binding Effect</w:t>
      </w:r>
    </w:p>
    <w:p>
      <w:r>
        <w:rPr>
          <w:b w:val="0"/>
          <w:sz w:val="20"/>
        </w:rPr>
        <w:t>Except for the provisions expressly stated as binding, this Letter of Purpose does not constitute a legally binding agreement but merely reflects the current intentions of the parties and serves as a basis for further negotiation. Neither party shall be obligated to consummate the transaction or collaboration unless and until definitive agreements are duly executed and delivered.</w:t>
      </w:r>
    </w:p>
    <w:p/>
    <w:p/>
    <w:p>
      <w:r>
        <w:rPr>
          <w:b/>
          <w:sz w:val="20"/>
        </w:rPr>
        <w:t>5. Confidentiality</w:t>
      </w:r>
    </w:p>
    <w:p>
      <w:r>
        <w:rPr>
          <w:b w:val="0"/>
          <w:sz w:val="20"/>
        </w:rPr>
        <w:t>The parties agree to maintain the confidentiality of this Letter of Purpose and any information exchanged in connection with the contemplated transaction, except for disclosures required by law or agreed upon in writing.</w:t>
      </w:r>
    </w:p>
    <w:p/>
    <w:p/>
    <w:p>
      <w:r>
        <w:rPr>
          <w:b/>
          <w:sz w:val="20"/>
        </w:rPr>
        <w:t>6. Governing Law and Jurisdiction</w:t>
      </w:r>
    </w:p>
    <w:p>
      <w:r>
        <w:rPr>
          <w:b w:val="0"/>
          <w:sz w:val="20"/>
        </w:rPr>
        <w:t>This Letter of Purpose shall be governed by and construed in accordance with the laws of the State of ___________________, United States of America. Any disputes arising out of or in connection with this Letter of Purpose shall be subject to the exclusive jurisdiction of the courts located in ___________________.</w:t>
      </w:r>
    </w:p>
    <w:p/>
    <w:p/>
    <w:p>
      <w:r>
        <w:rPr>
          <w:b/>
          <w:sz w:val="20"/>
        </w:rPr>
        <w:t>7. Expenses</w:t>
      </w:r>
    </w:p>
    <w:p>
      <w:r>
        <w:rPr>
          <w:b w:val="0"/>
          <w:sz w:val="20"/>
        </w:rPr>
        <w:t>Each party shall bear its own costs and expenses incurred in connection with the preparation, negotiation, and execution of this Letter of Purpose and any subsequent agreements, unless otherwise agreed in writing.</w:t>
      </w:r>
    </w:p>
    <w:p/>
    <w:p/>
    <w:p>
      <w:r>
        <w:rPr>
          <w:b/>
          <w:sz w:val="20"/>
        </w:rPr>
        <w:t>8. Term and Termination</w:t>
      </w:r>
    </w:p>
    <w:p>
      <w:r>
        <w:rPr>
          <w:b w:val="0"/>
          <w:sz w:val="20"/>
        </w:rPr>
        <w:t>This Letter of Purpose shall remain in effect until terminated by either party upon written notice to the other. Termination of this Letter of Purpose shall not relieve either party from obligations accrued prior to termination.</w:t>
      </w:r>
    </w:p>
    <w:p/>
    <w:p/>
    <w:p>
      <w:r>
        <w:rPr>
          <w:b w:val="0"/>
          <w:sz w:val="20"/>
        </w:rPr>
        <w:t>IN WITNESS WHEREOF, the undersigned have executed this Letter of Purpose as of the effective date of signature below.</w:t>
      </w:r>
    </w:p>
    <w:p/>
    <w:p/>
    <w:p/>
    <w:p>
      <w:r>
        <w:rPr>
          <w:b w:val="0"/>
          <w:sz w:val="20"/>
        </w:rPr>
        <w:t>Place of Signature: ________________________________________________________________</w:t>
      </w:r>
    </w:p>
    <w:p>
      <w:r>
        <w:rPr>
          <w:b w:val="0"/>
          <w:sz w:val="20"/>
        </w:rPr>
        <w:t>Effective Date of Signature: 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INTENTING PARTY</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https://lettertemplate-us.com/letter-of-purpose/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purpose/"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