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RECOMMENDATION REQUEST EMAIL TEMPLATE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Name: ______________________________________________________________</w:t>
      </w:r>
    </w:p>
    <w:p>
      <w:r>
        <w:rPr>
          <w:b w:val="0"/>
          <w:sz w:val="20"/>
        </w:rPr>
        <w:t>Title/Position: _____________________________________________________</w:t>
      </w:r>
    </w:p>
    <w:p>
      <w:r>
        <w:rPr>
          <w:b w:val="0"/>
          <w:sz w:val="20"/>
        </w:rPr>
        <w:t>Organization: ______________________________________________________</w:t>
      </w:r>
    </w:p>
    <w:p>
      <w:r>
        <w:rPr>
          <w:b w:val="0"/>
          <w:sz w:val="20"/>
        </w:rPr>
        <w:t>Email Address: _____________________________________________________</w:t>
      </w:r>
    </w:p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</w:t>
      </w:r>
    </w:p>
    <w:p>
      <w:r>
        <w:rPr>
          <w:b w:val="0"/>
          <w:sz w:val="20"/>
        </w:rPr>
        <w:t>Title/Position: _____________________________________________________</w:t>
      </w:r>
    </w:p>
    <w:p>
      <w:r>
        <w:rPr>
          <w:b w:val="0"/>
          <w:sz w:val="20"/>
        </w:rPr>
        <w:t>Organization: ______________________________________________________</w:t>
      </w:r>
    </w:p>
    <w:p>
      <w:r>
        <w:rPr>
          <w:b w:val="0"/>
          <w:sz w:val="20"/>
        </w:rPr>
        <w:t>Email Address: _____________________________________________________</w:t>
      </w:r>
    </w:p>
    <w:p>
      <w:r>
        <w:rPr>
          <w:b w:val="0"/>
          <w:sz w:val="20"/>
        </w:rPr>
        <w:t>Phone Number: _____________________________________________________</w:t>
      </w:r>
    </w:p>
    <w:p/>
    <w:p>
      <w:r>
        <w:rPr>
          <w:b/>
          <w:sz w:val="20"/>
        </w:rPr>
        <w:t>Subject:</w:t>
      </w:r>
    </w:p>
    <w:p>
      <w:r>
        <w:rPr>
          <w:b w:val="0"/>
          <w:sz w:val="20"/>
        </w:rPr>
        <w:t>Request for Letter of Recommendation</w:t>
      </w:r>
    </w:p>
    <w:p/>
    <w:p>
      <w:r>
        <w:rPr>
          <w:b w:val="0"/>
          <w:sz w:val="20"/>
        </w:rPr>
        <w:t>Dear ____________________________,</w:t>
      </w:r>
    </w:p>
    <w:p/>
    <w:p>
      <w:r>
        <w:rPr>
          <w:b w:val="0"/>
          <w:sz w:val="20"/>
        </w:rPr>
        <w:t>I hope this message finds you well. I am writing to respectfully request a letter of recommendation from you in support of my application for _________________________________. I believe your insight into my qualifications, skills, and character would provide a valuable perspective to the selection committee.</w:t>
      </w:r>
    </w:p>
    <w:p/>
    <w:p>
      <w:r>
        <w:rPr>
          <w:b w:val="0"/>
          <w:sz w:val="20"/>
        </w:rPr>
        <w:t>I have had the privilege of working with you as _______________________________ at _______________________________ over the past _______________________________. During this time, I have gained significant experience in _______________________________, and I believe you are well positioned to speak to my capabilities and contributions.</w:t>
      </w:r>
    </w:p>
    <w:p/>
    <w:p>
      <w:r>
        <w:rPr>
          <w:b w:val="0"/>
          <w:sz w:val="20"/>
        </w:rPr>
        <w:t>Specifically, I would appreciate if you could highlight my skills in _______________________________, my accomplishments such as _______________________________, and any particular qualities or work ethic you have observed. Your recommendation will play an essential role in demonstrating my suitability for this opportunity.</w:t>
      </w:r>
    </w:p>
    <w:p/>
    <w:p>
      <w:r>
        <w:rPr>
          <w:b w:val="0"/>
          <w:sz w:val="20"/>
        </w:rPr>
        <w:t>If possible, I kindly request that the letter be addressed to _______________________________ and submitted by _______________________________. Please let me know if you require any additional information from me to facilitate writing the letter.</w:t>
      </w:r>
    </w:p>
    <w:p/>
    <w:p>
      <w:r>
        <w:rPr>
          <w:b w:val="0"/>
          <w:sz w:val="20"/>
        </w:rPr>
        <w:t>Thank you very much for considering my request. I greatly value your support and guidance, and I would be honored to have your endorsement. Please do not hesitate to contact me if you have any questions or need further details.</w:t>
      </w:r>
    </w:p>
    <w:p/>
    <w:p>
      <w:r>
        <w:rPr>
          <w:b w:val="0"/>
          <w:sz w:val="20"/>
        </w:rPr>
        <w:t>Sincerely,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Date: 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Contact Information: ____________________________</w:t>
            </w:r>
          </w:p>
        </w:tc>
      </w:tr>
    </w:tbl>
    <w:p/>
    <w:p/>
    <w:p>
      <w:r>
        <w:rPr>
          <w:b/>
          <w:sz w:val="20"/>
        </w:rPr>
        <w:t>Additional Notes:</w:t>
      </w:r>
    </w:p>
    <w:p>
      <w:r>
        <w:rPr>
          <w:b w:val="0"/>
          <w:sz w:val="20"/>
        </w:rPr>
        <w:t>- Please ensure the letter is printed on official letterhead if possible.</w:t>
      </w:r>
    </w:p>
    <w:p>
      <w:r>
        <w:rPr>
          <w:b w:val="0"/>
          <w:sz w:val="20"/>
        </w:rPr>
        <w:t>- The letter should be signed and dated to verify authenticity.</w:t>
      </w:r>
    </w:p>
    <w:p>
      <w:r>
        <w:rPr>
          <w:b w:val="0"/>
          <w:sz w:val="20"/>
        </w:rPr>
        <w:t>- If submitting electronically, a scanned copy with signature is acceptable.</w:t>
      </w:r>
    </w:p>
    <w:p/>
    <w:p>
      <w:r>
        <w:rPr>
          <w:b/>
          <w:sz w:val="20"/>
        </w:rPr>
        <w:t>Confidentiality and Compliance Notice:</w:t>
      </w:r>
    </w:p>
    <w:p>
      <w:r>
        <w:rPr>
          <w:b w:val="0"/>
          <w:sz w:val="20"/>
        </w:rPr>
        <w:t>This letter of recommendation should be truthful, accurate, and comply with all applicable laws and institutional policies governing references and personal data protection under United States law.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https://lettertemplate-us.com/letter-of-rec-request-email/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letter-of-rec-request-email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