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RECOMMENDATION FOR COLLEGE ADMISSION</w:t>
      </w:r>
    </w:p>
    <w:p/>
    <w:p/>
    <w:p>
      <w:r>
        <w:rPr>
          <w:b w:val="0"/>
          <w:sz w:val="20"/>
        </w:rPr>
        <w:t>To Whom It May Concern:</w:t>
      </w:r>
    </w:p>
    <w:p/>
    <w:p>
      <w:r>
        <w:rPr>
          <w:b w:val="0"/>
          <w:sz w:val="20"/>
        </w:rPr>
        <w:t>I am honored to write this letter of recommendation for the applicant named below, who is seeking admission to your esteemed institution. Having known the applicant in an academic and personal capacity, I hereby provide my evaluation of their qualifications, character, and potential to succeed at the collegiate level.</w:t>
      </w:r>
    </w:p>
    <w:p/>
    <w:p/>
    <w:p>
      <w:r>
        <w:rPr>
          <w:b/>
          <w:sz w:val="22"/>
        </w:rPr>
        <w:t>Applicant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High School Attended: _________________________________________________</w:t>
      </w:r>
    </w:p>
    <w:p>
      <w:r>
        <w:rPr>
          <w:b w:val="0"/>
          <w:sz w:val="20"/>
        </w:rPr>
        <w:t>Graduation Year: ______________________________________________________</w:t>
      </w:r>
    </w:p>
    <w:p/>
    <w:p>
      <w:r>
        <w:rPr>
          <w:b/>
          <w:sz w:val="22"/>
        </w:rPr>
        <w:t>Recommender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Institution/Organization: ______________________________________________</w:t>
      </w:r>
    </w:p>
    <w:p>
      <w:r>
        <w:rPr>
          <w:b w:val="0"/>
          <w:sz w:val="20"/>
        </w:rPr>
        <w:t>Contact Number: _______________________________________________________</w:t>
      </w:r>
    </w:p>
    <w:p>
      <w:r>
        <w:rPr>
          <w:b w:val="0"/>
          <w:sz w:val="20"/>
        </w:rPr>
        <w:t>Email Address: ________________________________________________________</w:t>
      </w:r>
    </w:p>
    <w:p/>
    <w:p>
      <w:r>
        <w:rPr>
          <w:b/>
          <w:sz w:val="22"/>
        </w:rPr>
        <w:t>Relationship to Applicant:</w:t>
      </w:r>
    </w:p>
    <w:p>
      <w:r>
        <w:rPr>
          <w:b w:val="0"/>
          <w:sz w:val="20"/>
        </w:rPr>
        <w:t>Length of acquaintance: _______________________________________________</w:t>
      </w:r>
    </w:p>
    <w:p>
      <w:r>
        <w:rPr>
          <w:b w:val="0"/>
          <w:sz w:val="20"/>
        </w:rPr>
        <w:t>Context of relationship (e.g., teacher, mentor, coach): ________________</w:t>
      </w:r>
    </w:p>
    <w:p/>
    <w:p>
      <w:r>
        <w:rPr>
          <w:b/>
          <w:sz w:val="22"/>
        </w:rPr>
        <w:t>Academic Performance and Skills:</w:t>
      </w:r>
    </w:p>
    <w:p>
      <w:r>
        <w:rPr>
          <w:b w:val="0"/>
          <w:sz w:val="20"/>
        </w:rPr>
        <w:t>The applicant has consistently demonstrated exceptional academic abilities, including but not limited to strong critical thinking, effective communication, and a persistent dedication to learning. Their performance in coursework has been exemplary, showing mastery in subjects relevant to their intended major. The applicant actively participates in class discussions and exhibits a keen interest in expanding their knowledge base.</w:t>
      </w:r>
    </w:p>
    <w:p/>
    <w:p>
      <w:r>
        <w:rPr>
          <w:b/>
          <w:sz w:val="22"/>
        </w:rPr>
        <w:t>Personal Qualities:</w:t>
      </w:r>
    </w:p>
    <w:p>
      <w:r>
        <w:rPr>
          <w:b w:val="0"/>
          <w:sz w:val="20"/>
        </w:rPr>
        <w:t>The applicant is characterized by integrity, responsibility, and resilience. They have repeatedly displayed leadership skills both inside and outside the classroom, contributing positively to group projects and community initiatives. Their interpersonal skills foster collaboration, respect, and inclusivity among peers and faculty alike.</w:t>
      </w:r>
    </w:p>
    <w:p/>
    <w:p>
      <w:r>
        <w:rPr>
          <w:b/>
          <w:sz w:val="22"/>
        </w:rPr>
        <w:t>Extracurricular Activities and Achievements:</w:t>
      </w:r>
    </w:p>
    <w:p>
      <w:r>
        <w:rPr>
          <w:b w:val="0"/>
          <w:sz w:val="20"/>
        </w:rPr>
        <w:t>In addition to academic excellence, the applicant engages actively in extracurricular pursuits such as clubs, sports, volunteer work, or artistic endeavors. These activities have helped develop their time management, teamwork, and organizational skills, preparing them for the dynamic environment of higher education.</w:t>
      </w:r>
    </w:p>
    <w:p/>
    <w:p>
      <w:r>
        <w:rPr>
          <w:b/>
          <w:sz w:val="22"/>
        </w:rPr>
        <w:t>Recommendation:</w:t>
      </w:r>
    </w:p>
    <w:p>
      <w:r>
        <w:rPr>
          <w:b w:val="0"/>
          <w:sz w:val="20"/>
        </w:rPr>
        <w:t>Based on my direct experience with the applicant and thorough evaluation of their talents and character, I confidently recommend their admission to your institution. I am convinced they will be an outstanding addition to your student body and will positively contribute to the academic community.</w:t>
      </w:r>
    </w:p>
    <w:p/>
    <w:p>
      <w:r>
        <w:rPr>
          <w:b w:val="0"/>
          <w:sz w:val="20"/>
        </w:rPr>
        <w:t>Should you require any additional information or wish to discuss the applicant further, please do not hesitate to contact me at the details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Title/Position: ______________________</w:t>
            </w:r>
          </w:p>
        </w:tc>
      </w:tr>
    </w:tbl>
    <w:p/>
    <w:p/>
    <w:p>
      <w:pPr>
        <w:jc w:val="center"/>
      </w:pPr>
      <w:r>
        <w:rPr>
          <w:b w:val="0"/>
          <w:sz w:val="20"/>
        </w:rPr>
        <w:t>CONFIDENTIALITY NOTICE: This letter is intended solely for the use of the institution to which it is addressed. Unauthorized use, disclosure, or duplication is prohibited. This recommendation complies with applicable United States laws governing privacy and non-discrimination.</w:t>
      </w:r>
    </w:p>
    <w:p>
      <w:r>
        <w:br w:type="page"/>
      </w:r>
    </w:p>
    <w:p>
      <w:pPr>
        <w:jc w:val="center"/>
      </w:pPr>
      <w:r>
        <w:rPr>
          <w:color w:val="555555"/>
          <w:sz w:val="24"/>
        </w:rPr>
        <w:t>Original source of this document:</w:t>
      </w:r>
    </w:p>
    <w:p>
      <w:pPr>
        <w:jc w:val="center"/>
      </w:pPr>
      <w:hyperlink r:id="rId9">
        <w:r>
          <w:rPr>
            <w:color w:val="0000FF"/>
            <w:u w:val="single"/>
          </w:rPr>
          <w:t>https://lettertemplate-us.com/letter-of-recommendation-for-college/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recommendation-for-college/"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