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RECOMMENDATION FOR STUDENT</w:t>
      </w:r>
    </w:p>
    <w:p/>
    <w:p/>
    <w:p>
      <w:r>
        <w:rPr>
          <w:b/>
          <w:sz w:val="20"/>
        </w:rPr>
        <w:t>Recommender Information:</w:t>
      </w:r>
    </w:p>
    <w:p>
      <w:r>
        <w:rPr>
          <w:b w:val="0"/>
          <w:sz w:val="20"/>
        </w:rPr>
        <w:t>Full Name: ____________________________________________________________</w:t>
      </w:r>
    </w:p>
    <w:p>
      <w:r>
        <w:rPr>
          <w:b w:val="0"/>
          <w:sz w:val="20"/>
        </w:rPr>
        <w:t>Title/Position: _________________________________________________________</w:t>
      </w:r>
    </w:p>
    <w:p>
      <w:r>
        <w:rPr>
          <w:b w:val="0"/>
          <w:sz w:val="20"/>
        </w:rPr>
        <w:t>Institution/Organization: 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Recipient Information:</w:t>
      </w:r>
    </w:p>
    <w:p>
      <w:r>
        <w:rPr>
          <w:b w:val="0"/>
          <w:sz w:val="20"/>
        </w:rPr>
        <w:t>Full Name / Title: _____________________________________________________</w:t>
      </w:r>
    </w:p>
    <w:p>
      <w:r>
        <w:rPr>
          <w:b w:val="0"/>
          <w:sz w:val="20"/>
        </w:rPr>
        <w:t>Institution / Organization: _____________________________________________</w:t>
      </w:r>
    </w:p>
    <w:p>
      <w:r>
        <w:rPr>
          <w:b w:val="0"/>
          <w:sz w:val="20"/>
        </w:rPr>
        <w:t>Address: _______________________________________________________________</w:t>
      </w:r>
    </w:p>
    <w:p/>
    <w:p/>
    <w:p>
      <w:r>
        <w:rPr>
          <w:b w:val="0"/>
          <w:sz w:val="20"/>
        </w:rPr>
        <w:t>Dear Sir or Madam,</w:t>
      </w:r>
    </w:p>
    <w:p/>
    <w:p>
      <w:r>
        <w:rPr>
          <w:b w:val="0"/>
          <w:sz w:val="20"/>
        </w:rPr>
        <w:t>I am pleased to provide this letter of recommendation for the student named below, whom I have had the privilege to know and work with during their academic career. It is without hesitation that I endorse their application and candidacy for the opportunities they seek.</w:t>
      </w:r>
    </w:p>
    <w:p/>
    <w:p>
      <w:r>
        <w:rPr>
          <w:b/>
          <w:sz w:val="20"/>
        </w:rPr>
        <w:t>Student Information:</w:t>
      </w:r>
    </w:p>
    <w:p>
      <w:r>
        <w:rPr>
          <w:b w:val="0"/>
          <w:sz w:val="20"/>
        </w:rPr>
        <w:t>Full Name: ____________________________________________________________</w:t>
      </w:r>
    </w:p>
    <w:p>
      <w:r>
        <w:rPr>
          <w:b w:val="0"/>
          <w:sz w:val="20"/>
        </w:rPr>
        <w:t>Academic Program / Major: ______________________________________________</w:t>
      </w:r>
    </w:p>
    <w:p>
      <w:r>
        <w:rPr>
          <w:b w:val="0"/>
          <w:sz w:val="20"/>
        </w:rPr>
        <w:t>Institution: ___________________________________________________________</w:t>
      </w:r>
    </w:p>
    <w:p>
      <w:r>
        <w:rPr>
          <w:b w:val="0"/>
          <w:sz w:val="20"/>
        </w:rPr>
        <w:t>Duration of acquaintance: ______________________________________________</w:t>
      </w:r>
    </w:p>
    <w:p/>
    <w:p>
      <w:r>
        <w:rPr>
          <w:b/>
          <w:sz w:val="22"/>
        </w:rPr>
        <w:t>Academic Abilities and Achievements</w:t>
      </w:r>
    </w:p>
    <w:p>
      <w:r>
        <w:rPr>
          <w:b w:val="0"/>
          <w:sz w:val="20"/>
        </w:rPr>
        <w:t>The student has consistently demonstrated exceptional academic performance, showing strong analytical skills, intellectual curiosity, and dedication to their studies. They have excelled in coursework relevant to their field, exhibited leadership in group projects, and contributed meaningfully to class discussions.</w:t>
      </w:r>
    </w:p>
    <w:p/>
    <w:p>
      <w:r>
        <w:rPr>
          <w:b/>
          <w:sz w:val="22"/>
        </w:rPr>
        <w:t>Work Ethic and Character</w:t>
      </w:r>
    </w:p>
    <w:p>
      <w:r>
        <w:rPr>
          <w:b w:val="0"/>
          <w:sz w:val="20"/>
        </w:rPr>
        <w:t>The student exhibits a commendable work ethic, characterized by responsibility, perseverance, and integrity. They approach challenges with a positive attitude, maintain professionalism at all times, and show respect and empathy toward peers and faculty alike.</w:t>
      </w:r>
    </w:p>
    <w:p/>
    <w:p>
      <w:r>
        <w:rPr>
          <w:b/>
          <w:sz w:val="22"/>
        </w:rPr>
        <w:t>Extracurricular and Community Involvement</w:t>
      </w:r>
    </w:p>
    <w:p>
      <w:r>
        <w:rPr>
          <w:b w:val="0"/>
          <w:sz w:val="20"/>
        </w:rPr>
        <w:t>Beyond academics, the student actively participates in extracurricular activities and community service, demonstrating leadership and a commitment to making a positive impact. Their involvement reflects their well-rounded character and ability to manage multiple responsibilities effectively.</w:t>
      </w:r>
    </w:p>
    <w:p/>
    <w:p>
      <w:r>
        <w:rPr>
          <w:b/>
          <w:sz w:val="22"/>
        </w:rPr>
        <w:t>Suitability for the Opportunity</w:t>
      </w:r>
    </w:p>
    <w:p>
      <w:r>
        <w:rPr>
          <w:b w:val="0"/>
          <w:sz w:val="20"/>
        </w:rPr>
        <w:t>Based on my experience with this student, I am confident they possess the skills, motivation, and character necessary to excel in the position or program for which they are applying. They are well-prepared to meet challenges and contribute positively to the environment they join.</w:t>
      </w:r>
    </w:p>
    <w:p/>
    <w:p>
      <w:r>
        <w:rPr>
          <w:b w:val="0"/>
          <w:sz w:val="20"/>
        </w:rPr>
        <w:t>Please feel free to contact me should you require any further information or clarification regarding the student’s qualifications and character. I am happy to provide additional insights to support this recommendation.</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Recommender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Date: ______________________________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Title/Position: 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https://lettertemplate-us.com/letter-of-recommendation-for-student/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letter-of-recommendation-for-student/"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