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SUPPORT</w:t>
      </w:r>
    </w:p>
    <w:p/>
    <w:p>
      <w:r>
        <w:rPr>
          <w:b w:val="0"/>
          <w:sz w:val="20"/>
        </w:rPr>
        <w:t>To Whom It May Concern:</w:t>
      </w:r>
    </w:p>
    <w:p/>
    <w:p>
      <w:r>
        <w:rPr>
          <w:b w:val="0"/>
          <w:sz w:val="20"/>
        </w:rPr>
        <w:t>I am writing this Letter of Support on behalf of ______________________________________________________, who has applied for _____________________________________________________. This letter serves to affirm my strong endorsement and confidence in their qualifications, character, and ability to successfully meet the requirements and responsibilities associated with this endeavor.</w:t>
      </w:r>
    </w:p>
    <w:p/>
    <w:p>
      <w:r>
        <w:rPr>
          <w:b/>
          <w:sz w:val="20"/>
        </w:rPr>
        <w:t>Supporter Information:</w:t>
      </w:r>
    </w:p>
    <w:p>
      <w:r>
        <w:rPr>
          <w:b w:val="0"/>
          <w:sz w:val="20"/>
        </w:rPr>
        <w:t>Full Name: ____________________________________________________________</w:t>
      </w:r>
    </w:p>
    <w:p>
      <w:r>
        <w:rPr>
          <w:b w:val="0"/>
          <w:sz w:val="20"/>
        </w:rPr>
        <w:t>Title/Position: ______________________________________________________</w:t>
      </w:r>
    </w:p>
    <w:p>
      <w:r>
        <w:rPr>
          <w:b w:val="0"/>
          <w:sz w:val="20"/>
        </w:rPr>
        <w:t>Organization/Affiliation: 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Relationship to Applicant:</w:t>
      </w:r>
    </w:p>
    <w:p>
      <w:r>
        <w:rPr>
          <w:b w:val="0"/>
          <w:sz w:val="20"/>
        </w:rPr>
        <w:t>Please describe your relationship with the applicant, including the duration and context in which you have known or worked with them.</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Applicant's Qualifications and Attributes:</w:t>
      </w:r>
    </w:p>
    <w:p>
      <w:r>
        <w:rPr>
          <w:b w:val="0"/>
          <w:sz w:val="20"/>
        </w:rPr>
        <w:t>Describe the applicant’s strengths, skills, achievements, and character traits that make them a suitable candidate for the opportunity or position they seek.</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Specific Examples of Support:</w:t>
      </w:r>
    </w:p>
    <w:p>
      <w:r>
        <w:rPr>
          <w:b w:val="0"/>
          <w:sz w:val="20"/>
        </w:rPr>
        <w:t>Provide concrete examples demonstrating the applicant’s competence, reliability, and integrity.</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Commitment to Support:</w:t>
      </w:r>
    </w:p>
    <w:p>
      <w:r>
        <w:rPr>
          <w:b w:val="0"/>
          <w:sz w:val="20"/>
        </w:rPr>
        <w:t>State your commitment to support the applicant through the process and any follow-up assistance you are willing to provide.</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Disclaimer:</w:t>
      </w:r>
    </w:p>
    <w:p>
      <w:r>
        <w:rPr>
          <w:b w:val="0"/>
          <w:sz w:val="20"/>
        </w:rPr>
        <w:t>This Letter of Support is provided voluntarily and in good faith. It is based on my knowledge and honest evaluation of the applicant’s abilities and character. This letter does not constitute a contractual obligation or guarantee of any kind.</w:t>
      </w:r>
    </w:p>
    <w:p/>
    <w:p>
      <w:r>
        <w:rPr>
          <w:b w:val="0"/>
          <w:sz w:val="20"/>
        </w:rPr>
        <w:t>Please feel free to contact me if you require any additional information or clarification regarding my endorsement.</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Supporter's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________________________________________</w:t>
            </w:r>
          </w:p>
        </w:tc>
        <w:tc>
          <w:tcPr>
            <w:tcW w:type="dxa" w:w="4986"/>
            <w:tcBorders>
              <w:top w:val="nil"/>
              <w:left w:val="nil"/>
              <w:bottom w:val="nil"/>
              <w:right w:val="nil"/>
              <w:insideH w:val="nil"/>
              <w:insideV w:val="nil"/>
            </w:tcBorders>
          </w:tcPr>
          <w:p>
            <w:pPr>
              <w:jc w:val="center"/>
            </w:pPr>
            <w:r>
              <w:br/>
              <w:br/>
              <w:t>________________________</w:t>
            </w:r>
          </w:p>
        </w:tc>
      </w:tr>
      <w:tr>
        <w:tc>
          <w:tcPr>
            <w:tcW w:type="dxa" w:w="4986"/>
            <w:tcBorders>
              <w:top w:val="nil"/>
              <w:left w:val="nil"/>
              <w:bottom w:val="nil"/>
              <w:right w:val="nil"/>
              <w:insideH w:val="nil"/>
              <w:insideV w:val="nil"/>
            </w:tcBorders>
          </w:tcPr>
          <w:p>
            <w:pPr>
              <w:jc w:val="center"/>
            </w:pPr>
            <w:r>
              <w:t>Name: ___________________________________</w:t>
            </w:r>
          </w:p>
        </w:tc>
        <w:tc>
          <w:tcPr>
            <w:tcW w:type="dxa" w:w="4986"/>
            <w:tcBorders>
              <w:top w:val="nil"/>
              <w:left w:val="nil"/>
              <w:bottom w:val="nil"/>
              <w:right w:val="nil"/>
              <w:insideH w:val="nil"/>
              <w:insideV w:val="nil"/>
            </w:tcBorders>
          </w:tcPr>
          <w:p>
            <w:pPr>
              <w:jc w:val="center"/>
            </w:pPr>
            <w:r>
              <w:t>Phone/Email: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https://lettertemplate-us.com/letter-of-support/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suppor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