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LETTER OF TRANSMITTAL</w:t>
      </w:r>
    </w:p>
    <w:p/>
    <w:p/>
    <w:p>
      <w:r>
        <w:rPr>
          <w:b/>
          <w:sz w:val="20"/>
        </w:rPr>
        <w:t>From:</w:t>
      </w:r>
    </w:p>
    <w:p>
      <w:r>
        <w:rPr>
          <w:b w:val="0"/>
          <w:sz w:val="20"/>
        </w:rPr>
        <w:t>Name: ____________________________________________________________</w:t>
      </w:r>
    </w:p>
    <w:p>
      <w:r>
        <w:rPr>
          <w:b w:val="0"/>
          <w:sz w:val="20"/>
        </w:rPr>
        <w:t>Company: _________________________________________________________</w:t>
      </w:r>
    </w:p>
    <w:p>
      <w:r>
        <w:rPr>
          <w:b w:val="0"/>
          <w:sz w:val="20"/>
        </w:rPr>
        <w:t>Address: _________________________________________________________</w:t>
      </w:r>
    </w:p>
    <w:p>
      <w:r>
        <w:rPr>
          <w:b w:val="0"/>
          <w:sz w:val="20"/>
        </w:rPr>
        <w:t>Phone: ___________________________________________________________</w:t>
      </w:r>
    </w:p>
    <w:p>
      <w:r>
        <w:rPr>
          <w:b w:val="0"/>
          <w:sz w:val="20"/>
        </w:rPr>
        <w:t>Email: ___________________________________________________________</w:t>
      </w:r>
    </w:p>
    <w:p/>
    <w:p>
      <w:r>
        <w:rPr>
          <w:b/>
          <w:sz w:val="20"/>
        </w:rPr>
        <w:t>To:</w:t>
      </w:r>
    </w:p>
    <w:p>
      <w:r>
        <w:rPr>
          <w:b w:val="0"/>
          <w:sz w:val="20"/>
        </w:rPr>
        <w:t>Name: ____________________________________________________________</w:t>
      </w:r>
    </w:p>
    <w:p>
      <w:r>
        <w:rPr>
          <w:b w:val="0"/>
          <w:sz w:val="20"/>
        </w:rPr>
        <w:t>Company: _________________________________________________________</w:t>
      </w:r>
    </w:p>
    <w:p>
      <w:r>
        <w:rPr>
          <w:b w:val="0"/>
          <w:sz w:val="20"/>
        </w:rPr>
        <w:t>Address: _________________________________________________________</w:t>
      </w:r>
    </w:p>
    <w:p>
      <w:r>
        <w:rPr>
          <w:b w:val="0"/>
          <w:sz w:val="20"/>
        </w:rPr>
        <w:t>Phone: ___________________________________________________________</w:t>
      </w:r>
    </w:p>
    <w:p>
      <w:r>
        <w:rPr>
          <w:b w:val="0"/>
          <w:sz w:val="20"/>
        </w:rPr>
        <w:t>Email: ___________________________________________________________</w:t>
      </w:r>
    </w:p>
    <w:p/>
    <w:p>
      <w:r>
        <w:rPr>
          <w:b/>
          <w:sz w:val="20"/>
        </w:rPr>
        <w:t>Subject:</w:t>
      </w:r>
    </w:p>
    <w:p>
      <w:r>
        <w:rPr>
          <w:b w:val="0"/>
          <w:sz w:val="20"/>
        </w:rPr>
        <w:t>Submission of Documents and Materials</w:t>
      </w:r>
    </w:p>
    <w:p/>
    <w:p>
      <w:r>
        <w:rPr>
          <w:b/>
          <w:sz w:val="20"/>
        </w:rPr>
        <w:t>Dear Sir or Madam,</w:t>
      </w:r>
    </w:p>
    <w:p/>
    <w:p>
      <w:r>
        <w:rPr>
          <w:b w:val="0"/>
          <w:sz w:val="20"/>
        </w:rPr>
        <w:t>Please find enclosed the following documents and materials for your review and consideration. This Letter of Transmittal serves to formally transmit the items listed below and to outline the terms and conditions related thereto.</w:t>
      </w:r>
    </w:p>
    <w:p/>
    <w:p>
      <w:r>
        <w:rPr>
          <w:b/>
          <w:sz w:val="20"/>
        </w:rPr>
        <w:t>Enclosed Documents:</w:t>
      </w:r>
    </w:p>
    <w:p>
      <w:pPr>
        <w:pStyle w:val="ListNumber"/>
      </w:pPr>
      <w:r>
        <w:t>Document 1: ______________________________________________________</w:t>
      </w:r>
    </w:p>
    <w:p>
      <w:pPr>
        <w:pStyle w:val="ListNumber"/>
      </w:pPr>
      <w:r>
        <w:t>Document 2: ______________________________________________________</w:t>
      </w:r>
    </w:p>
    <w:p>
      <w:pPr>
        <w:pStyle w:val="ListNumber"/>
      </w:pPr>
      <w:r>
        <w:t>Document 3: ______________________________________________________</w:t>
      </w:r>
    </w:p>
    <w:p>
      <w:pPr>
        <w:pStyle w:val="ListNumber"/>
      </w:pPr>
      <w:r>
        <w:t>Additional Materials: _______________________________________________</w:t>
      </w:r>
    </w:p>
    <w:p/>
    <w:p>
      <w:r>
        <w:rPr>
          <w:b/>
          <w:sz w:val="20"/>
        </w:rPr>
        <w:t>Instructions:</w:t>
      </w:r>
    </w:p>
    <w:p>
      <w:r>
        <w:rPr>
          <w:b w:val="0"/>
          <w:sz w:val="20"/>
        </w:rPr>
        <w:t>Please review the enclosed documents and materials carefully. If you require any additional information or clarification, do not hesitate to contact the undersigned at the provided contact details.</w:t>
      </w:r>
    </w:p>
    <w:p/>
    <w:p>
      <w:r>
        <w:rPr>
          <w:b/>
          <w:sz w:val="20"/>
        </w:rPr>
        <w:t>Representations and Warranties:</w:t>
      </w:r>
    </w:p>
    <w:p>
      <w:r>
        <w:rPr>
          <w:b w:val="0"/>
          <w:sz w:val="20"/>
        </w:rPr>
        <w:t>The sender represents and warrants that it has the full authority to transmit the enclosed documents and materials, and that such transmission does not violate any laws, regulations, or agreements. The recipient agrees to treat the information contained herein with due confidentiality and to use it solely for the purpose intended.</w:t>
      </w:r>
    </w:p>
    <w:p/>
    <w:p>
      <w:r>
        <w:rPr>
          <w:b/>
          <w:sz w:val="20"/>
        </w:rPr>
        <w:t>Limitation of Liability:</w:t>
      </w:r>
    </w:p>
    <w:p>
      <w:r>
        <w:rPr>
          <w:b w:val="0"/>
          <w:sz w:val="20"/>
        </w:rPr>
        <w:t>The sender shall not be liable for any damages arising from the use, misuse, or inability to use the enclosed documents and materials. The recipient assumes all responsibility for any decisions or actions taken based on such documents.</w:t>
      </w:r>
    </w:p>
    <w:p/>
    <w:p>
      <w:r>
        <w:rPr>
          <w:b/>
          <w:sz w:val="20"/>
        </w:rPr>
        <w:t>Confidentiality:</w:t>
      </w:r>
    </w:p>
    <w:p>
      <w:r>
        <w:rPr>
          <w:b w:val="0"/>
          <w:sz w:val="20"/>
        </w:rPr>
        <w:t>All documents and materials transmitted are confidential and intended solely for the recipient. They shall not be disclosed, copied, or distributed without prior written consent from the sender, except as required by applicable law.</w:t>
      </w:r>
    </w:p>
    <w:p/>
    <w:p>
      <w:r>
        <w:rPr>
          <w:b/>
          <w:sz w:val="20"/>
        </w:rPr>
        <w:t>Governing Law and Jurisdiction:</w:t>
      </w:r>
    </w:p>
    <w:p>
      <w:r>
        <w:rPr>
          <w:b w:val="0"/>
          <w:sz w:val="20"/>
        </w:rPr>
        <w:t>This Letter of Transmittal shall be governed by and construed in accordance with the laws of the United States of America. Any disputes arising out of or in connection with this Letter shall be subject to the exclusive jurisdiction of the courts located within the United States.</w:t>
      </w:r>
    </w:p>
    <w:p/>
    <w:p/>
    <w:p>
      <w:r>
        <w:rPr>
          <w:b w:val="0"/>
          <w:sz w:val="20"/>
        </w:rPr>
        <w:t>Thank you for your attention to this matter. We look forward to your prompt review and response.</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SENDER</w:t>
            </w:r>
          </w:p>
        </w:tc>
        <w:tc>
          <w:tcPr>
            <w:tcW w:type="dxa" w:w="4986"/>
            <w:tcBorders>
              <w:top w:val="nil"/>
              <w:left w:val="nil"/>
              <w:bottom w:val="nil"/>
              <w:right w:val="nil"/>
              <w:insideH w:val="nil"/>
              <w:insideV w:val="nil"/>
            </w:tcBorders>
          </w:tcPr>
          <w:p>
            <w:pPr>
              <w:jc w:val="center"/>
            </w:pPr>
            <w:r>
              <w:t>RECIPIENT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&amp; Title: ________________________________</w:t>
            </w:r>
          </w:p>
        </w:tc>
        <w:tc>
          <w:tcPr>
            <w:tcW w:type="dxa" w:w="4986"/>
            <w:tcBorders>
              <w:top w:val="nil"/>
              <w:left w:val="nil"/>
              <w:bottom w:val="nil"/>
              <w:right w:val="nil"/>
              <w:insideH w:val="nil"/>
              <w:insideV w:val="nil"/>
            </w:tcBorders>
          </w:tcPr>
          <w:p>
            <w:pPr>
              <w:jc w:val="center"/>
            </w:pPr>
            <w:r>
              <w:t>Name &amp; Title: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https://lettertemplate-us.com/letter-of-transmittal/</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https://lettertemplate-us.com</w:t>
        </w:r>
      </w:hyperlink>
    </w:p>
    <w:p>
      <w:pPr>
        <w:jc w:val="center"/>
      </w:pPr>
      <w:r>
        <w:rPr>
          <w:color w:val="808080"/>
          <w:sz w:val="20"/>
        </w:rPr>
        <w:t>This template is intended exclusively for personal, non-commercial use.</w:t>
        <w:br/>
        <w:t>If distributed or published, the source must be mentioned. © lettertemplate-us.com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template-us.com/letter-of-transmittal/" TargetMode="External"/><Relationship Id="rId10" Type="http://schemas.openxmlformats.org/officeDocument/2006/relationships/hyperlink" Target="https://letter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