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Professor [Full Name]</w:t>
      </w:r>
    </w:p>
    <w:p>
      <w:r>
        <w:rPr>
          <w:b w:val="0"/>
          <w:sz w:val="20"/>
        </w:rPr>
        <w:t>Department of [Department Name]</w:t>
      </w:r>
    </w:p>
    <w:p>
      <w:r>
        <w:rPr>
          <w:b w:val="0"/>
          <w:sz w:val="20"/>
        </w:rPr>
        <w:t>[University Name]</w:t>
      </w:r>
    </w:p>
    <w:p>
      <w:r>
        <w:rPr>
          <w:b w:val="0"/>
          <w:sz w:val="20"/>
        </w:rPr>
        <w:t>[University Address Line 1]</w:t>
      </w:r>
    </w:p>
    <w:p>
      <w:r>
        <w:rPr>
          <w:b w:val="0"/>
          <w:sz w:val="20"/>
        </w:rPr>
        <w:t>[University Address Line 2]</w:t>
      </w:r>
    </w:p>
    <w:p>
      <w:r>
        <w:rPr>
          <w:b w:val="0"/>
          <w:sz w:val="20"/>
        </w:rPr>
        <w:t>[City, State ZIP Code]</w:t>
      </w:r>
    </w:p>
    <w:p/>
    <w:p/>
    <w:p>
      <w:r>
        <w:rPr>
          <w:b/>
          <w:sz w:val="20"/>
        </w:rPr>
        <w:t>[Your Full Name]</w:t>
      </w:r>
    </w:p>
    <w:p>
      <w:r>
        <w:rPr>
          <w:b w:val="0"/>
          <w:sz w:val="20"/>
        </w:rPr>
        <w:t>[Your Address Line 1]</w:t>
      </w:r>
    </w:p>
    <w:p>
      <w:r>
        <w:rPr>
          <w:b w:val="0"/>
          <w:sz w:val="20"/>
        </w:rPr>
        <w:t>[Your Address Line 2]</w:t>
      </w:r>
    </w:p>
    <w:p>
      <w:r>
        <w:rPr>
          <w:b w:val="0"/>
          <w:sz w:val="20"/>
        </w:rPr>
        <w:t>[City, State ZIP Code]</w:t>
      </w:r>
    </w:p>
    <w:p>
      <w:r>
        <w:rPr>
          <w:b w:val="0"/>
          <w:sz w:val="20"/>
        </w:rPr>
        <w:t>Email: [Your Email Address]</w:t>
      </w:r>
    </w:p>
    <w:p>
      <w:r>
        <w:rPr>
          <w:b w:val="0"/>
          <w:sz w:val="20"/>
        </w:rPr>
        <w:t>Phone: [Your Phone Number]</w:t>
      </w:r>
    </w:p>
    <w:p/>
    <w:p/>
    <w:p>
      <w:pPr>
        <w:jc w:val="center"/>
      </w:pPr>
      <w:r>
        <w:rPr>
          <w:b/>
          <w:sz w:val="20"/>
        </w:rPr>
        <w:t>Subject: Request for Meeting and Guidance</w:t>
      </w:r>
    </w:p>
    <w:p/>
    <w:p/>
    <w:p>
      <w:r>
        <w:rPr>
          <w:b w:val="0"/>
          <w:sz w:val="20"/>
        </w:rPr>
        <w:t>Dear Professor [Last Name],</w:t>
      </w:r>
    </w:p>
    <w:p/>
    <w:p>
      <w:r>
        <w:rPr>
          <w:b w:val="0"/>
          <w:sz w:val="20"/>
        </w:rPr>
        <w:t>I hope this message finds you well. I am writing to respectfully request a meeting with you to discuss [briefly state the purpose, e.g., my academic progress, research opportunities, or course selection]. Your expertise and guidance are invaluable to me as I navigate my academic career.</w:t>
      </w:r>
    </w:p>
    <w:p/>
    <w:p>
      <w:r>
        <w:rPr>
          <w:b w:val="0"/>
          <w:sz w:val="20"/>
        </w:rPr>
        <w:t>As a [your current status, e.g., junior undergraduate student, graduate student, etc.] in the [program or department name], I am eager to gain deeper insights and advice that will assist me in making informed decisions about my studies and future goals.</w:t>
      </w:r>
    </w:p>
    <w:p/>
    <w:p>
      <w:r>
        <w:rPr>
          <w:b w:val="0"/>
          <w:sz w:val="20"/>
        </w:rPr>
        <w:t>I am particularly interested in discussing [specific topics, projects, or questions you want to address]. I believe your perspective will greatly contribute to my understanding and planning.</w:t>
      </w:r>
    </w:p>
    <w:p/>
    <w:p>
      <w:r>
        <w:rPr>
          <w:b w:val="0"/>
          <w:sz w:val="20"/>
        </w:rPr>
        <w:t>Please let me know a convenient time for you to meet, and I will gladly adjust to your schedule. I am available on [list a few options if desired, or write 'at your earliest convenience'].</w:t>
      </w:r>
    </w:p>
    <w:p/>
    <w:p>
      <w:r>
        <w:rPr>
          <w:b w:val="0"/>
          <w:sz w:val="20"/>
        </w:rPr>
        <w:t>Thank you very much for considering my request. I look forward to the possibility of meeting with you and benefiting from your advice.</w:t>
      </w:r>
    </w:p>
    <w:p/>
    <w:p/>
    <w:p>
      <w:r>
        <w:rPr>
          <w:b w:val="0"/>
          <w:sz w:val="20"/>
        </w:rPr>
        <w:t>Sincerely,</w:t>
      </w:r>
    </w:p>
    <w:p/>
    <w:p/>
    <w:p/>
    <w:p>
      <w:r>
        <w:rPr>
          <w:b/>
          <w:sz w:val="20"/>
        </w:rPr>
        <w:t>[Your Full Name]</w:t>
      </w:r>
    </w:p>
    <w:p>
      <w:r>
        <w:rPr>
          <w:b w:val="0"/>
          <w:sz w:val="20"/>
        </w:rPr>
        <w:t>[Your Student ID Number if applicable]</w:t>
      </w:r>
    </w:p>
    <w:p/>
    <w:p/>
    <w:p>
      <w:pPr>
        <w:jc w:val="center"/>
      </w:pPr>
      <w:r>
        <w:rPr>
          <w:sz w:val="18"/>
        </w:rPr>
        <w:t>[Your Email Address] | [Your Phone Number]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https://lettertemplate-us.com/letter-to-professor/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letter-to-professo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