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LOAN PAYOFF LETTER</w:t>
      </w:r>
    </w:p>
    <w:p/>
    <w:p/>
    <w:p>
      <w:r>
        <w:rPr>
          <w:b/>
          <w:sz w:val="20"/>
        </w:rPr>
        <w:t>Lender Information:</w:t>
      </w:r>
    </w:p>
    <w:p>
      <w:r>
        <w:rPr>
          <w:b w:val="0"/>
          <w:sz w:val="20"/>
        </w:rPr>
        <w:t>Lender Name: ____________________________________________________________</w:t>
      </w:r>
    </w:p>
    <w:p>
      <w:r>
        <w:rPr>
          <w:b w:val="0"/>
          <w:sz w:val="20"/>
        </w:rPr>
        <w:t>Lender Address: _________________________________________________________</w:t>
      </w:r>
    </w:p>
    <w:p>
      <w:r>
        <w:rPr>
          <w:b w:val="0"/>
          <w:sz w:val="20"/>
        </w:rPr>
        <w:t>City, State, ZIP: ________________________________________________________</w:t>
      </w:r>
    </w:p>
    <w:p>
      <w:r>
        <w:rPr>
          <w:b w:val="0"/>
          <w:sz w:val="20"/>
        </w:rPr>
        <w:t>Phone Number: ___________________________________________________________</w:t>
      </w:r>
    </w:p>
    <w:p>
      <w:r>
        <w:rPr>
          <w:b w:val="0"/>
          <w:sz w:val="20"/>
        </w:rPr>
        <w:t>Fax Number (if applicable): _______________________________________________</w:t>
      </w:r>
    </w:p>
    <w:p>
      <w:r>
        <w:rPr>
          <w:b w:val="0"/>
          <w:sz w:val="20"/>
        </w:rPr>
        <w:t>Email Address (if applicable): ____________________________________________</w:t>
      </w:r>
    </w:p>
    <w:p/>
    <w:p>
      <w:r>
        <w:rPr>
          <w:b/>
          <w:sz w:val="20"/>
        </w:rPr>
        <w:t>Borrower Information:</w:t>
      </w:r>
    </w:p>
    <w:p>
      <w:r>
        <w:rPr>
          <w:b w:val="0"/>
          <w:sz w:val="20"/>
        </w:rPr>
        <w:t>Borrower Name(s): ______________________________________________________</w:t>
      </w:r>
    </w:p>
    <w:p>
      <w:r>
        <w:rPr>
          <w:b w:val="0"/>
          <w:sz w:val="20"/>
        </w:rPr>
        <w:t>Borrower Address: _______________________________________________________</w:t>
      </w:r>
    </w:p>
    <w:p>
      <w:r>
        <w:rPr>
          <w:b w:val="0"/>
          <w:sz w:val="20"/>
        </w:rPr>
        <w:t>City, State, ZIP: ________________________________________________________</w:t>
      </w:r>
    </w:p>
    <w:p>
      <w:r>
        <w:rPr>
          <w:b w:val="0"/>
          <w:sz w:val="20"/>
        </w:rPr>
        <w:t>Phone Number: ___________________________________________________________</w:t>
      </w:r>
    </w:p>
    <w:p>
      <w:r>
        <w:rPr>
          <w:b w:val="0"/>
          <w:sz w:val="20"/>
        </w:rPr>
        <w:t>Email Address (if applicable): ____________________________________________</w:t>
      </w:r>
    </w:p>
    <w:p/>
    <w:p>
      <w:r>
        <w:rPr>
          <w:b/>
          <w:sz w:val="20"/>
        </w:rPr>
        <w:t>Loan Information:</w:t>
      </w:r>
    </w:p>
    <w:p>
      <w:r>
        <w:rPr>
          <w:b w:val="0"/>
          <w:sz w:val="20"/>
        </w:rPr>
        <w:t>Loan Account Number: ____________________________________________________</w:t>
      </w:r>
    </w:p>
    <w:p>
      <w:r>
        <w:rPr>
          <w:b w:val="0"/>
          <w:sz w:val="20"/>
        </w:rPr>
        <w:t>Original Loan Amount: ___________________________________________________ USD</w:t>
      </w:r>
    </w:p>
    <w:p>
      <w:r>
        <w:rPr>
          <w:b w:val="0"/>
          <w:sz w:val="20"/>
        </w:rPr>
        <w:t>Current Principal Balance: _______________________________________________ USD</w:t>
      </w:r>
    </w:p>
    <w:p>
      <w:r>
        <w:rPr>
          <w:b w:val="0"/>
          <w:sz w:val="20"/>
        </w:rPr>
        <w:t>Interest Rate: ___________________________________________________________ % per annum</w:t>
      </w:r>
    </w:p>
    <w:p>
      <w:r>
        <w:rPr>
          <w:b w:val="0"/>
          <w:sz w:val="20"/>
        </w:rPr>
        <w:t>Maturity Date: ___________________________________________________________</w:t>
      </w:r>
    </w:p>
    <w:p>
      <w:r>
        <w:rPr>
          <w:b w:val="0"/>
          <w:sz w:val="20"/>
        </w:rPr>
        <w:t>Collateral Description (if any): __________________________________________</w:t>
      </w:r>
    </w:p>
    <w:p/>
    <w:p>
      <w:r>
        <w:rPr>
          <w:b/>
          <w:sz w:val="20"/>
        </w:rPr>
        <w:t>Payoff Amount Details:</w:t>
      </w:r>
    </w:p>
    <w:p>
      <w:r>
        <w:rPr>
          <w:b w:val="0"/>
          <w:sz w:val="20"/>
        </w:rPr>
        <w:t>The payoff amount as of the payoff date shall be the total amount necessary to satisfy the loan in full, including but not limited to:</w:t>
      </w:r>
    </w:p>
    <w:p>
      <w:r>
        <w:rPr>
          <w:b w:val="0"/>
          <w:sz w:val="20"/>
        </w:rPr>
        <w:t>- Outstanding principal balance</w:t>
      </w:r>
    </w:p>
    <w:p>
      <w:r>
        <w:rPr>
          <w:b w:val="0"/>
          <w:sz w:val="20"/>
        </w:rPr>
        <w:t>- Accrued and unpaid interest through the payoff date</w:t>
      </w:r>
    </w:p>
    <w:p>
      <w:r>
        <w:rPr>
          <w:b w:val="0"/>
          <w:sz w:val="20"/>
        </w:rPr>
        <w:t>- Any applicable late fees, prepayment penalties, or other charges permitted under the loan agreement</w:t>
      </w:r>
    </w:p>
    <w:p>
      <w:r>
        <w:rPr>
          <w:b w:val="0"/>
          <w:sz w:val="20"/>
        </w:rPr>
        <w:t>- Any escrow advances or other amounts required to be paid to fully satisfy the loan</w:t>
      </w:r>
    </w:p>
    <w:p/>
    <w:p>
      <w:r>
        <w:rPr>
          <w:b w:val="0"/>
          <w:sz w:val="20"/>
        </w:rPr>
        <w:t>Estimated Payoff Amount: ________________________________________________ USD</w:t>
      </w:r>
    </w:p>
    <w:p>
      <w:r>
        <w:rPr>
          <w:b w:val="0"/>
          <w:sz w:val="20"/>
        </w:rPr>
        <w:t>(This amount is an estimate and may change depending on the date the payoff is received.)</w:t>
      </w:r>
    </w:p>
    <w:p/>
    <w:p>
      <w:r>
        <w:rPr>
          <w:b/>
          <w:sz w:val="20"/>
        </w:rPr>
        <w:t>Payoff Instructions:</w:t>
      </w:r>
    </w:p>
    <w:p>
      <w:r>
        <w:rPr>
          <w:b w:val="0"/>
          <w:sz w:val="20"/>
        </w:rPr>
        <w:t>All payoff amounts shall be paid in immediately available funds. Payment shall be sent to the following address or account:</w:t>
      </w:r>
    </w:p>
    <w:p>
      <w:r>
        <w:rPr>
          <w:b w:val="0"/>
          <w:sz w:val="20"/>
        </w:rPr>
        <w:t>Payment Address or Wire Instructions: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Please include the loan account number and Borrower's name on all payments.</w:t>
      </w:r>
    </w:p>
    <w:p>
      <w:r>
        <w:rPr>
          <w:b w:val="0"/>
          <w:sz w:val="20"/>
        </w:rPr>
        <w:t>Upon receipt of full payment, the Lender agrees to provide a written confirmation of payoff and release of lien or satisfaction of mortgage within a reasonable time.</w:t>
      </w:r>
    </w:p>
    <w:p/>
    <w:p>
      <w:r>
        <w:rPr>
          <w:b/>
          <w:sz w:val="20"/>
        </w:rPr>
        <w:t>Request for Payoff Statement:</w:t>
      </w:r>
    </w:p>
    <w:p>
      <w:r>
        <w:rPr>
          <w:b w:val="0"/>
          <w:sz w:val="20"/>
        </w:rPr>
        <w:t>Borrower requests that Lender provide a payoff statement confirming the exact amount required to pay off the loan in full, including the date through which interest and fees are calculated, within a reasonable timeframe not to exceed five (5) business days from the date of this letter.</w:t>
      </w:r>
    </w:p>
    <w:p/>
    <w:p>
      <w:r>
        <w:rPr>
          <w:b/>
          <w:sz w:val="20"/>
        </w:rPr>
        <w:t>Authorization and Representations:</w:t>
      </w:r>
    </w:p>
    <w:p>
      <w:r>
        <w:rPr>
          <w:b w:val="0"/>
          <w:sz w:val="20"/>
        </w:rPr>
        <w:t>Borrower certifies that all information provided herein is true and correct to the best of Borrower's knowledge and authorizes Lender to provide the requested payoff information to Borrower or Borrower's authorized representatives.</w:t>
      </w:r>
    </w:p>
    <w:p>
      <w:r>
        <w:rPr>
          <w:b w:val="0"/>
          <w:sz w:val="20"/>
        </w:rPr>
        <w:t>Borrower understands that failure to pay the full payoff amount by the payoff date may result in additional interest, fees, or charges in accordance with the terms of the loan agreement.</w:t>
      </w:r>
    </w:p>
    <w:p/>
    <w:p>
      <w:r>
        <w:rPr>
          <w:b/>
          <w:sz w:val="20"/>
        </w:rPr>
        <w:t>Governing Law:</w:t>
      </w:r>
    </w:p>
    <w:p>
      <w:r>
        <w:rPr>
          <w:b w:val="0"/>
          <w:sz w:val="20"/>
        </w:rPr>
        <w:t>This Loan Payoff Letter shall be governed by and construed in accordance with the laws of the State in which the loan was originated, without regard to conflicts of law principles.</w:t>
      </w:r>
    </w:p>
    <w:p/>
    <w:p>
      <w:r>
        <w:rPr>
          <w:b/>
          <w:sz w:val="20"/>
        </w:rPr>
        <w:t>Miscellaneous:</w:t>
      </w:r>
    </w:p>
    <w:p>
      <w:r>
        <w:rPr>
          <w:b w:val="0"/>
          <w:sz w:val="20"/>
        </w:rPr>
        <w:t>This letter constitutes the entire agreement between the parties with respect to the subject matter herein and supersedes all prior communications, representations, or agreements, whether oral or written.</w:t>
      </w:r>
    </w:p>
    <w:p>
      <w:r>
        <w:rPr>
          <w:b w:val="0"/>
          <w:sz w:val="20"/>
        </w:rPr>
        <w:t>Any amendment or modification to this letter must be in writing and signed by both parties.</w:t>
      </w:r>
    </w:p>
    <w:p>
      <w:r>
        <w:rPr>
          <w:b w:val="0"/>
          <w:sz w:val="20"/>
        </w:rPr>
        <w:t>If any provision of this letter is found to be invalid or unenforceable, the remainder shall continue in full force and effect.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BORROWER</w:t>
            </w:r>
          </w:p>
        </w:tc>
        <w:tc>
          <w:tcPr>
            <w:tcW w:type="dxa" w:w="4986"/>
            <w:tcBorders>
              <w:top w:val="nil"/>
              <w:left w:val="nil"/>
              <w:bottom w:val="nil"/>
              <w:right w:val="nil"/>
              <w:insideH w:val="nil"/>
              <w:insideV w:val="nil"/>
            </w:tcBorders>
          </w:tcPr>
          <w:p>
            <w:pPr>
              <w:jc w:val="center"/>
            </w:pPr>
            <w:r>
              <w:t>LENDER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https://lettertemplate-us.com/loan-payoff-letter/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loan-payoff-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