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MAMMOGRAM REMINDER LETTER</w:t>
      </w:r>
    </w:p>
    <w:p/>
    <w:p/>
    <w:p>
      <w:r>
        <w:rPr>
          <w:b w:val="0"/>
          <w:sz w:val="20"/>
        </w:rPr>
        <w:t>Recipient Name: _____________________________________________________</w:t>
      </w:r>
    </w:p>
    <w:p>
      <w:r>
        <w:rPr>
          <w:b w:val="0"/>
          <w:sz w:val="20"/>
        </w:rPr>
        <w:t>Address: _____________________________________________________________</w:t>
      </w:r>
    </w:p>
    <w:p>
      <w:r>
        <w:rPr>
          <w:b w:val="0"/>
          <w:sz w:val="20"/>
        </w:rPr>
        <w:t>City, State, ZIP: _____________________________________________________</w:t>
      </w:r>
    </w:p>
    <w:p/>
    <w:p/>
    <w:p>
      <w:r>
        <w:rPr>
          <w:b w:val="0"/>
          <w:sz w:val="20"/>
        </w:rPr>
        <w:t>Dear Patient,</w:t>
      </w:r>
    </w:p>
    <w:p/>
    <w:p>
      <w:r>
        <w:rPr>
          <w:b w:val="0"/>
          <w:sz w:val="20"/>
        </w:rPr>
        <w:t>This letter is a friendly reminder from your healthcare provider about the importance of regular mammogram screenings. Mammograms are a critical tool in the early detection of breast cancer, enabling timely treatment and better outcomes.</w:t>
      </w:r>
    </w:p>
    <w:p/>
    <w:p>
      <w:r>
        <w:rPr>
          <w:b/>
          <w:sz w:val="20"/>
        </w:rPr>
        <w:t>Who should get a mammogram?</w:t>
      </w:r>
    </w:p>
    <w:p>
      <w:r>
        <w:rPr>
          <w:b w:val="0"/>
          <w:sz w:val="20"/>
        </w:rPr>
        <w:t>The American Cancer Society recommends that women aged 40 and older discuss with their healthcare provider about when to start screening mammograms, and continue having them annually or biennially based on risk factors and medical advice.</w:t>
      </w:r>
    </w:p>
    <w:p/>
    <w:p>
      <w:r>
        <w:rPr>
          <w:b/>
          <w:sz w:val="20"/>
        </w:rPr>
        <w:t>Why is the mammogram important?</w:t>
      </w:r>
    </w:p>
    <w:p>
      <w:r>
        <w:rPr>
          <w:b w:val="0"/>
          <w:sz w:val="20"/>
        </w:rPr>
        <w:t>Mammograms can detect tumors that are too small to be felt and can find ductal carcinoma in situ (DCIS), a type of early breast cancer. Early detection significantly increases the chances of successful treatment.</w:t>
      </w:r>
    </w:p>
    <w:p/>
    <w:p>
      <w:r>
        <w:rPr>
          <w:b/>
          <w:sz w:val="20"/>
        </w:rPr>
        <w:t>How to schedule your mammogram appointment:</w:t>
      </w:r>
    </w:p>
    <w:p>
      <w:r>
        <w:rPr>
          <w:b w:val="0"/>
          <w:sz w:val="20"/>
        </w:rPr>
        <w:t>Please contact our office to schedule your mammogram at your earliest convenience. If you have insurance coverage, verify your benefits to determine coverage and any co-payments. If you have received a mammogram elsewhere, please bring your prior images or reports to your appointment.</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Healthcare Provider Name:</w:t>
            </w:r>
          </w:p>
        </w:tc>
        <w:tc>
          <w:tcPr>
            <w:tcW w:type="dxa" w:w="4986"/>
            <w:tcBorders>
              <w:top w:val="nil"/>
              <w:left w:val="nil"/>
              <w:bottom w:val="nil"/>
              <w:right w:val="nil"/>
              <w:insideH w:val="nil"/>
              <w:insideV w:val="nil"/>
            </w:tcBorders>
          </w:tcPr>
          <w:p>
            <w:pPr>
              <w:jc w:val="left"/>
            </w:pPr>
            <w:r>
              <w:t>Contact Information:</w:t>
            </w:r>
          </w:p>
        </w:tc>
      </w:tr>
      <w:tr>
        <w:tc>
          <w:tcPr>
            <w:tcW w:type="dxa" w:w="4986"/>
            <w:tcBorders>
              <w:top w:val="nil"/>
              <w:left w:val="nil"/>
              <w:bottom w:val="nil"/>
              <w:right w:val="nil"/>
              <w:insideH w:val="nil"/>
              <w:insideV w:val="nil"/>
            </w:tcBorders>
          </w:tcPr>
          <w:p>
            <w:pPr>
              <w:jc w:val="left"/>
            </w:pPr>
            <w:r>
              <w:t>_____________________________________________</w:t>
            </w:r>
          </w:p>
        </w:tc>
        <w:tc>
          <w:tcPr>
            <w:tcW w:type="dxa" w:w="4986"/>
            <w:tcBorders>
              <w:top w:val="nil"/>
              <w:left w:val="nil"/>
              <w:bottom w:val="nil"/>
              <w:right w:val="nil"/>
              <w:insideH w:val="nil"/>
              <w:insideV w:val="nil"/>
            </w:tcBorders>
          </w:tcPr>
          <w:p>
            <w:pPr>
              <w:jc w:val="left"/>
            </w:pPr>
            <w:r>
              <w:t>Phone: _______________________________________</w:t>
            </w:r>
          </w:p>
        </w:tc>
      </w:tr>
      <w:tr>
        <w:tc>
          <w:tcPr>
            <w:tcW w:type="dxa" w:w="4986"/>
            <w:tcBorders>
              <w:top w:val="nil"/>
              <w:left w:val="nil"/>
              <w:bottom w:val="nil"/>
              <w:right w:val="nil"/>
              <w:insideH w:val="nil"/>
              <w:insideV w:val="nil"/>
            </w:tcBorders>
          </w:tcPr>
          <w:p>
            <w:pPr>
              <w:jc w:val="left"/>
            </w:pPr>
            <w:r>
              <w:t>Address:</w:t>
            </w:r>
          </w:p>
        </w:tc>
        <w:tc>
          <w:tcPr>
            <w:tcW w:type="dxa" w:w="4986"/>
            <w:tcBorders>
              <w:top w:val="nil"/>
              <w:left w:val="nil"/>
              <w:bottom w:val="nil"/>
              <w:right w:val="nil"/>
              <w:insideH w:val="nil"/>
              <w:insideV w:val="nil"/>
            </w:tcBorders>
          </w:tcPr>
          <w:p>
            <w:pPr>
              <w:jc w:val="left"/>
            </w:pPr>
            <w:r>
              <w:t>Email: _______________________________________</w:t>
            </w:r>
          </w:p>
        </w:tc>
      </w:tr>
    </w:tbl>
    <w:p/>
    <w:p/>
    <w:p>
      <w:r>
        <w:rPr>
          <w:b/>
          <w:sz w:val="20"/>
        </w:rPr>
        <w:t>Privacy and Confidentiality Notice</w:t>
      </w:r>
    </w:p>
    <w:p>
      <w:r>
        <w:rPr>
          <w:b w:val="0"/>
          <w:sz w:val="20"/>
        </w:rPr>
        <w:t>Your health information is protected under the Health Insurance Portability and Accountability Act (HIPAA). Any information related to your mammogram screening will be kept confidential and used only for your medical care and related purposes.</w:t>
      </w:r>
    </w:p>
    <w:p/>
    <w:p>
      <w:r>
        <w:rPr>
          <w:b/>
          <w:sz w:val="20"/>
        </w:rPr>
        <w:t>Legal Disclaimer</w:t>
      </w:r>
    </w:p>
    <w:p>
      <w:r>
        <w:rPr>
          <w:b w:val="0"/>
          <w:sz w:val="20"/>
        </w:rPr>
        <w:t>This reminder is provided for informational purposes only and does not constitute medical advice or establish a patient-provider relationship. You should consult your healthcare provider for personalized medical recommendations and any concerns you may have regarding breast cancer screening. Compliance with recommended screening intervals is voluntary but highly encouraged.</w:t>
      </w:r>
    </w:p>
    <w:p/>
    <w:p>
      <w:r>
        <w:rPr>
          <w:b/>
          <w:sz w:val="20"/>
        </w:rPr>
        <w:t>Patient Acknowledgment:</w:t>
      </w:r>
    </w:p>
    <w:p>
      <w:r>
        <w:rPr>
          <w:b w:val="0"/>
          <w:sz w:val="20"/>
        </w:rPr>
        <w:t>I acknowledge that I have received this mammogram reminder letter and understand the importance of screening mammograms.</w:t>
      </w:r>
    </w:p>
    <w:p>
      <w:r>
        <w:rPr>
          <w:b w:val="0"/>
          <w:sz w:val="20"/>
        </w:rPr>
        <w:t>Signature: ____________________________________________</w:t>
      </w:r>
    </w:p>
    <w:p>
      <w:r>
        <w:rPr>
          <w:b w:val="0"/>
          <w:sz w:val="20"/>
        </w:rPr>
        <w:t>Printed Name: _________________________________________</w:t>
      </w:r>
    </w:p>
    <w:p>
      <w:r>
        <w:rPr>
          <w:b w:val="0"/>
          <w:sz w:val="20"/>
        </w:rPr>
        <w:t>Date: _________________________________________________</w:t>
      </w:r>
    </w:p>
    <w:p/>
    <w:p/>
    <w:p>
      <w:r>
        <w:rPr>
          <w:b w:val="0"/>
          <w:sz w:val="20"/>
        </w:rPr>
        <w:t>Thank you for prioritizing your health. We are committed to supporting you in maintaining your well-being.</w:t>
      </w:r>
    </w:p>
    <w:p/>
    <w:p/>
    <w:p>
      <w:r>
        <w:rPr>
          <w:b w:val="0"/>
          <w:sz w:val="20"/>
        </w:rPr>
        <w:t>Sincerely,</w:t>
      </w:r>
    </w:p>
    <w:p/>
    <w:p/>
    <w:p/>
    <w:p>
      <w:r>
        <w:rPr>
          <w:b w:val="0"/>
          <w:sz w:val="20"/>
        </w:rPr>
        <w:t>______________________________</w:t>
      </w:r>
    </w:p>
    <w:p>
      <w:r>
        <w:rPr>
          <w:b w:val="0"/>
          <w:sz w:val="20"/>
        </w:rPr>
        <w:t>Authorized Healthcare Provider</w:t>
      </w:r>
    </w:p>
    <w:p/>
    <w:p/>
    <w:p>
      <w:r>
        <w:br w:type="page"/>
      </w:r>
    </w:p>
    <w:p>
      <w:pPr>
        <w:jc w:val="center"/>
      </w:pPr>
      <w:r>
        <w:rPr>
          <w:color w:val="555555"/>
          <w:sz w:val="24"/>
        </w:rPr>
        <w:t>Original source of this document:</w:t>
      </w:r>
    </w:p>
    <w:p>
      <w:pPr>
        <w:jc w:val="center"/>
      </w:pPr>
      <w:hyperlink r:id="rId9">
        <w:r>
          <w:rPr>
            <w:color w:val="0000FF"/>
            <w:u w:val="single"/>
          </w:rPr>
          <w:t>https://lettertemplate-us.com/mammogram-reminder-letter/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mammogram-reminder-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