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MOTIVATION LETTER</w:t>
      </w:r>
    </w:p>
    <w:p/>
    <w:p/>
    <w:p>
      <w:r>
        <w:rPr>
          <w:b/>
          <w:sz w:val="20"/>
        </w:rPr>
        <w:t>Sender's Name:</w:t>
      </w:r>
    </w:p>
    <w:p>
      <w:r>
        <w:rPr>
          <w:b w:val="0"/>
          <w:sz w:val="20"/>
        </w:rPr>
        <w:t>______________________________________________________________________</w:t>
      </w:r>
    </w:p>
    <w:p>
      <w:r>
        <w:rPr>
          <w:b w:val="0"/>
          <w:sz w:val="20"/>
        </w:rPr>
        <w:t>Street Address:</w:t>
      </w:r>
    </w:p>
    <w:p>
      <w:r>
        <w:rPr>
          <w:b w:val="0"/>
          <w:sz w:val="20"/>
        </w:rPr>
        <w:t>______________________________________________________________________</w:t>
      </w:r>
    </w:p>
    <w:p>
      <w:r>
        <w:rPr>
          <w:b w:val="0"/>
          <w:sz w:val="20"/>
        </w:rPr>
        <w:t>City, State, ZIP Code:</w:t>
      </w:r>
    </w:p>
    <w:p>
      <w:r>
        <w:rPr>
          <w:b w:val="0"/>
          <w:sz w:val="20"/>
        </w:rPr>
        <w:t>______________________________________________________________________</w:t>
      </w:r>
    </w:p>
    <w:p>
      <w:r>
        <w:rPr>
          <w:b w:val="0"/>
          <w:sz w:val="20"/>
        </w:rPr>
        <w:t>Phone Number:</w:t>
      </w:r>
    </w:p>
    <w:p>
      <w:r>
        <w:rPr>
          <w:b w:val="0"/>
          <w:sz w:val="20"/>
        </w:rPr>
        <w:t>______________________________________________________________________</w:t>
      </w:r>
    </w:p>
    <w:p>
      <w:r>
        <w:rPr>
          <w:b w:val="0"/>
          <w:sz w:val="20"/>
        </w:rPr>
        <w:t>Email Address:</w:t>
      </w:r>
    </w:p>
    <w:p>
      <w:r>
        <w:rPr>
          <w:b w:val="0"/>
          <w:sz w:val="20"/>
        </w:rPr>
        <w:t>______________________________________________________________________</w:t>
      </w:r>
    </w:p>
    <w:p/>
    <w:p/>
    <w:p>
      <w:r>
        <w:rPr>
          <w:b/>
          <w:sz w:val="20"/>
        </w:rPr>
        <w:t>Recipient's Name:</w:t>
      </w:r>
    </w:p>
    <w:p>
      <w:r>
        <w:rPr>
          <w:b w:val="0"/>
          <w:sz w:val="20"/>
        </w:rPr>
        <w:t>______________________________________________________________________</w:t>
      </w:r>
    </w:p>
    <w:p>
      <w:r>
        <w:rPr>
          <w:b w:val="0"/>
          <w:sz w:val="20"/>
        </w:rPr>
        <w:t>Position/Title:</w:t>
      </w:r>
    </w:p>
    <w:p>
      <w:r>
        <w:rPr>
          <w:b w:val="0"/>
          <w:sz w:val="20"/>
        </w:rPr>
        <w:t>______________________________________________________________________</w:t>
      </w:r>
    </w:p>
    <w:p>
      <w:r>
        <w:rPr>
          <w:b w:val="0"/>
          <w:sz w:val="20"/>
        </w:rPr>
        <w:t>Company/Organization Name:</w:t>
      </w:r>
    </w:p>
    <w:p>
      <w:r>
        <w:rPr>
          <w:b w:val="0"/>
          <w:sz w:val="20"/>
        </w:rPr>
        <w:t>______________________________________________________________________</w:t>
      </w:r>
    </w:p>
    <w:p>
      <w:r>
        <w:rPr>
          <w:b w:val="0"/>
          <w:sz w:val="20"/>
        </w:rPr>
        <w:t>Street Address:</w:t>
      </w:r>
    </w:p>
    <w:p>
      <w:r>
        <w:rPr>
          <w:b w:val="0"/>
          <w:sz w:val="20"/>
        </w:rPr>
        <w:t>______________________________________________________________________</w:t>
      </w:r>
    </w:p>
    <w:p>
      <w:r>
        <w:rPr>
          <w:b w:val="0"/>
          <w:sz w:val="20"/>
        </w:rPr>
        <w:t>City, State, ZIP Code:</w:t>
      </w:r>
    </w:p>
    <w:p>
      <w:r>
        <w:rPr>
          <w:b w:val="0"/>
          <w:sz w:val="20"/>
        </w:rPr>
        <w:t>______________________________________________________________________</w:t>
      </w:r>
    </w:p>
    <w:p/>
    <w:p/>
    <w:p>
      <w:r>
        <w:rPr>
          <w:b w:val="0"/>
          <w:sz w:val="20"/>
        </w:rPr>
        <w:t>Dear Sir or Madam,</w:t>
      </w:r>
    </w:p>
    <w:p/>
    <w:p>
      <w:r>
        <w:rPr>
          <w:b w:val="0"/>
          <w:sz w:val="20"/>
        </w:rPr>
        <w:t>I am writing to express my strong interest in the position or opportunity at your esteemed organization as advertised. With my background, skills, and dedication, I am confident in my ability to contribute positively and effectively to your team.</w:t>
      </w:r>
    </w:p>
    <w:p/>
    <w:p>
      <w:r>
        <w:rPr>
          <w:b w:val="0"/>
          <w:sz w:val="20"/>
        </w:rPr>
        <w:t>Throughout my academic and professional career, I have cultivated a range of skills that align well with the requirements of the position. My experiences have provided me with a solid foundation in relevant fields, including but not limited to problem-solving, team collaboration, and effective communication.</w:t>
      </w:r>
    </w:p>
    <w:p/>
    <w:p>
      <w:r>
        <w:rPr>
          <w:b w:val="0"/>
          <w:sz w:val="20"/>
        </w:rPr>
        <w:t>I hold a [Degree/Certification] in [Field], earned from [Institution], where I developed expertise in [specific relevant skills or knowledge areas]. My practical experience includes [briefly describe relevant work or project experience], which has prepared me to excel in this role.</w:t>
      </w:r>
    </w:p>
    <w:p/>
    <w:p>
      <w:r>
        <w:rPr>
          <w:b w:val="0"/>
          <w:sz w:val="20"/>
        </w:rPr>
        <w:t>I am particularly drawn to your organization because of [specific reasons related to the company’s mission, values, projects, or reputation]. I am eager to bring my energy, enthusiasm, and commitment to contribute to your continued success and innovation.</w:t>
      </w:r>
    </w:p>
    <w:p/>
    <w:p>
      <w:r>
        <w:rPr>
          <w:b w:val="0"/>
          <w:sz w:val="20"/>
        </w:rPr>
        <w:t>I am confident that my proactive approach, adaptability, and dedication will enable me to make a meaningful impact. I am motivated by challenges and continuously seek opportunities for professional growth and development.</w:t>
      </w:r>
    </w:p>
    <w:p/>
    <w:p>
      <w:r>
        <w:rPr>
          <w:b w:val="0"/>
          <w:sz w:val="20"/>
        </w:rPr>
        <w:t>Thank you for considering my application. I would welcome the opportunity to discuss how my background, skills, and ambitions align with the needs of your organization. Please feel free to contact me at your convenience to schedule an interview.</w:t>
      </w:r>
    </w:p>
    <w:p/>
    <w:p>
      <w:r>
        <w:rPr>
          <w:b w:val="0"/>
          <w:sz w:val="20"/>
        </w:rPr>
        <w:t>I look forward to the possibility of contributing to your team and am enthusiastic about the prospect of working with such a respected organization.</w:t>
      </w:r>
    </w:p>
    <w:p/>
    <w:p/>
    <w:p>
      <w:r>
        <w:rPr>
          <w:b w:val="0"/>
          <w:sz w:val="20"/>
        </w:rPr>
        <w:t>Sincerely,</w:t>
      </w:r>
    </w:p>
    <w:p/>
    <w:p/>
    <w:p/>
    <w:p/>
    <w:p>
      <w:pPr>
        <w:jc w:val="center"/>
      </w:pPr>
      <w:r>
        <w:rPr>
          <w:b w:val="0"/>
          <w:sz w:val="20"/>
        </w:rPr>
        <w:t>______________________________</w:t>
      </w:r>
    </w:p>
    <w:p>
      <w:pPr>
        <w:jc w:val="center"/>
      </w:pPr>
      <w:r>
        <w:rPr>
          <w:b w:val="0"/>
          <w:sz w:val="20"/>
        </w:rPr>
        <w:t>Sender's Full Name</w:t>
      </w:r>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References</w:t>
            </w:r>
          </w:p>
        </w:tc>
        <w:tc>
          <w:tcPr>
            <w:tcW w:type="dxa" w:w="4986"/>
            <w:tcBorders>
              <w:top w:val="nil"/>
              <w:left w:val="nil"/>
              <w:bottom w:val="nil"/>
              <w:right w:val="nil"/>
              <w:insideH w:val="nil"/>
              <w:insideV w:val="nil"/>
            </w:tcBorders>
          </w:tcPr>
          <w:p>
            <w:pPr>
              <w:jc w:val="center"/>
            </w:pPr>
            <w:r>
              <w:t>Additional Contacts</w:t>
            </w:r>
          </w:p>
        </w:tc>
      </w:tr>
      <w:tr>
        <w:tc>
          <w:tcPr>
            <w:tcW w:type="dxa" w:w="4986"/>
            <w:tcBorders>
              <w:top w:val="nil"/>
              <w:left w:val="nil"/>
              <w:bottom w:val="nil"/>
              <w:right w:val="nil"/>
              <w:insideH w:val="nil"/>
              <w:insideV w:val="nil"/>
            </w:tcBorders>
          </w:tcPr>
          <w:p>
            <w:pPr>
              <w:jc w:val="center"/>
            </w:pPr>
            <w:r>
              <w:t>Name: ________________________________</w:t>
              <w:br/>
              <w:t>Relationship: __________________________</w:t>
            </w:r>
          </w:p>
        </w:tc>
        <w:tc>
          <w:tcPr>
            <w:tcW w:type="dxa" w:w="4986"/>
            <w:tcBorders>
              <w:top w:val="nil"/>
              <w:left w:val="nil"/>
              <w:bottom w:val="nil"/>
              <w:right w:val="nil"/>
              <w:insideH w:val="nil"/>
              <w:insideV w:val="nil"/>
            </w:tcBorders>
          </w:tcPr>
          <w:p>
            <w:pPr>
              <w:jc w:val="center"/>
            </w:pPr>
            <w:r>
              <w:t>Name: ________________________________</w:t>
              <w:br/>
              <w:t>Relationship: __________________________</w:t>
            </w:r>
          </w:p>
        </w:tc>
      </w:tr>
      <w:tr>
        <w:tc>
          <w:tcPr>
            <w:tcW w:type="dxa" w:w="4986"/>
            <w:tcBorders>
              <w:top w:val="nil"/>
              <w:left w:val="nil"/>
              <w:bottom w:val="nil"/>
              <w:right w:val="nil"/>
              <w:insideH w:val="nil"/>
              <w:insideV w:val="nil"/>
            </w:tcBorders>
          </w:tcPr>
          <w:p>
            <w:pPr>
              <w:jc w:val="center"/>
            </w:pPr>
            <w:r>
              <w:t>Phone: _______________________________</w:t>
              <w:br/>
              <w:t>Email: _______________________________</w:t>
            </w:r>
          </w:p>
        </w:tc>
        <w:tc>
          <w:tcPr>
            <w:tcW w:type="dxa" w:w="4986"/>
            <w:tcBorders>
              <w:top w:val="nil"/>
              <w:left w:val="nil"/>
              <w:bottom w:val="nil"/>
              <w:right w:val="nil"/>
              <w:insideH w:val="nil"/>
              <w:insideV w:val="nil"/>
            </w:tcBorders>
          </w:tcPr>
          <w:p>
            <w:pPr>
              <w:jc w:val="center"/>
            </w:pPr>
            <w:r>
              <w:t>Phone: _______________________________</w:t>
              <w:br/>
              <w:t>Email: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https://lettertemplate-us.com/motivation-letter/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motivation-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