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NOTARIZED LETTER FOR TRAVEL WITH CHILD</w:t>
      </w:r>
    </w:p>
    <w:p/>
    <w:p/>
    <w:p>
      <w:r>
        <w:rPr>
          <w:b/>
          <w:sz w:val="20"/>
        </w:rPr>
        <w:t>I, the undersigned, hereby grant my full consent and authorization for my child to travel internationally with the accompanying adult as detailed below.</w:t>
      </w:r>
    </w:p>
    <w:p/>
    <w:p>
      <w:r>
        <w:rPr>
          <w:b/>
          <w:sz w:val="20"/>
        </w:rPr>
        <w:t>Child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Place of Birth: ________________________________________________________</w:t>
      </w:r>
    </w:p>
    <w:p>
      <w:r>
        <w:rPr>
          <w:b w:val="0"/>
          <w:sz w:val="20"/>
        </w:rPr>
        <w:t>Passport Number: ______________________________________________________</w:t>
      </w:r>
    </w:p>
    <w:p>
      <w:r>
        <w:rPr>
          <w:b w:val="0"/>
          <w:sz w:val="20"/>
        </w:rPr>
        <w:t>Nationality: ___________________________________________________________</w:t>
      </w:r>
    </w:p>
    <w:p/>
    <w:p>
      <w:r>
        <w:rPr>
          <w:b/>
          <w:sz w:val="20"/>
        </w:rPr>
        <w:t>Accompanying Adult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Relationship to Child: 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Place of Birth: ________________________________________________________</w:t>
      </w:r>
    </w:p>
    <w:p>
      <w:r>
        <w:rPr>
          <w:b w:val="0"/>
          <w:sz w:val="20"/>
        </w:rPr>
        <w:t>Passport Number: ______________________________________________________</w:t>
      </w:r>
    </w:p>
    <w:p>
      <w:r>
        <w:rPr>
          <w:b w:val="0"/>
          <w:sz w:val="20"/>
        </w:rPr>
        <w:t>Nationality: ___________________________________________________________</w:t>
      </w:r>
    </w:p>
    <w:p/>
    <w:p>
      <w:r>
        <w:rPr>
          <w:b/>
          <w:sz w:val="20"/>
        </w:rPr>
        <w:t>Travel Details:</w:t>
      </w:r>
    </w:p>
    <w:p>
      <w:r>
        <w:rPr>
          <w:b w:val="0"/>
          <w:sz w:val="20"/>
        </w:rPr>
        <w:t>Destination(s): _______________________________________________________</w:t>
      </w:r>
    </w:p>
    <w:p>
      <w:r>
        <w:rPr>
          <w:b w:val="0"/>
          <w:sz w:val="20"/>
        </w:rPr>
        <w:t>Departure Location: ___________________________________________________</w:t>
      </w:r>
    </w:p>
    <w:p>
      <w:r>
        <w:rPr>
          <w:b w:val="0"/>
          <w:sz w:val="20"/>
        </w:rPr>
        <w:t>Intended Departure Date: ______________________________________________</w:t>
      </w:r>
    </w:p>
    <w:p>
      <w:r>
        <w:rPr>
          <w:b w:val="0"/>
          <w:sz w:val="20"/>
        </w:rPr>
        <w:t>Intended Return Date: _________________________________________________</w:t>
      </w:r>
    </w:p>
    <w:p>
      <w:r>
        <w:rPr>
          <w:b w:val="0"/>
          <w:sz w:val="20"/>
        </w:rPr>
        <w:t>Purpose of Travel: ____________________________________________________</w:t>
      </w:r>
    </w:p>
    <w:p/>
    <w:p>
      <w:r>
        <w:rPr>
          <w:b/>
          <w:sz w:val="20"/>
        </w:rPr>
        <w:t>Parental/Legal Guardian Consent:</w:t>
      </w:r>
    </w:p>
    <w:p>
      <w:r>
        <w:rPr>
          <w:b w:val="0"/>
          <w:sz w:val="20"/>
        </w:rPr>
        <w:t>I affirm that I am the lawful parent/legal guardian of the child named above and have full authority to grant this authorization.</w:t>
      </w:r>
    </w:p>
    <w:p>
      <w:r>
        <w:rPr>
          <w:b w:val="0"/>
          <w:sz w:val="20"/>
        </w:rPr>
        <w:t>I understand that this letter authorizes the accompanying adult to make decisions related to the child’s health and welfare during travel and emergency situations.</w:t>
      </w:r>
    </w:p>
    <w:p>
      <w:r>
        <w:rPr>
          <w:b w:val="0"/>
          <w:sz w:val="20"/>
        </w:rPr>
        <w:t>I release any and all liability from any individual or entity acting in good faith under this authorization.</w:t>
      </w:r>
    </w:p>
    <w:p/>
    <w:p>
      <w:r>
        <w:rPr>
          <w:b/>
          <w:sz w:val="20"/>
        </w:rPr>
        <w:t>Emergency Contact Information: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>
      <w:r>
        <w:rPr>
          <w:b w:val="0"/>
          <w:sz w:val="20"/>
        </w:rPr>
        <w:t>Alternate Phone Number: _______________________________________________</w:t>
      </w:r>
    </w:p>
    <w:p/>
    <w:p>
      <w:r>
        <w:rPr>
          <w:b/>
          <w:sz w:val="20"/>
        </w:rPr>
        <w:t>Medical Authorization:</w:t>
      </w:r>
    </w:p>
    <w:p>
      <w:r>
        <w:rPr>
          <w:b w:val="0"/>
          <w:sz w:val="20"/>
        </w:rPr>
        <w:t>I authorize the accompanying adult to consent to any medical treatment or emergency procedure deemed necessary for the welfare of the child during travel.</w:t>
      </w:r>
    </w:p>
    <w:p>
      <w:r>
        <w:rPr>
          <w:b w:val="0"/>
          <w:sz w:val="20"/>
        </w:rPr>
        <w:t>I understand that this authorization is given in advance of any specific diagnosis, treatment, or hospital care being required.</w:t>
      </w:r>
    </w:p>
    <w:p/>
    <w:p>
      <w:r>
        <w:rPr>
          <w:b/>
          <w:sz w:val="20"/>
        </w:rPr>
        <w:t>Acknowledgment Before Notary Public:</w:t>
      </w:r>
    </w:p>
    <w:p>
      <w:r>
        <w:rPr>
          <w:b w:val="0"/>
          <w:sz w:val="20"/>
        </w:rPr>
        <w:t>Subscribed and sworn to before me this _____ day of ____________________, 20____.</w:t>
      </w:r>
    </w:p>
    <w:p>
      <w:r>
        <w:rPr>
          <w:b w:val="0"/>
          <w:sz w:val="20"/>
        </w:rPr>
        <w:t>Notary Public Signature: _______________________________________________</w:t>
      </w:r>
    </w:p>
    <w:p>
      <w:r>
        <w:rPr>
          <w:b w:val="0"/>
          <w:sz w:val="20"/>
        </w:rPr>
        <w:t>My Commission Expires: _________________________________________________</w:t>
      </w:r>
    </w:p>
    <w:p>
      <w:r>
        <w:rPr>
          <w:b w:val="0"/>
          <w:sz w:val="20"/>
        </w:rPr>
        <w:t>Notary Public Stamp/Seal: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PARENT/LEGAL GUARDIAN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ACCOMPANYING ADULT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/>
    <w:p/>
    <w:p>
      <w:r>
        <w:rPr>
          <w:b w:val="0"/>
          <w:sz w:val="20"/>
        </w:rPr>
        <w:t>This document is intended to be legally binding under United States law and serves as formal authorization for the above-described travel.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https://lettertemplate-us.com/notarized-letter-for-travel-with-child/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notarized-letter-for-travel-with-child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