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NOTICE LETTER</w:t>
      </w:r>
    </w:p>
    <w:p/>
    <w:p/>
    <w:p>
      <w:r>
        <w:rPr>
          <w:b/>
          <w:sz w:val="20"/>
        </w:rPr>
        <w:t>Sender Information:</w:t>
      </w:r>
    </w:p>
    <w:p>
      <w:r>
        <w:rPr>
          <w:b w:val="0"/>
          <w:sz w:val="20"/>
        </w:rPr>
        <w:t>Full Name / Company: 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Recipient Information:</w:t>
      </w:r>
    </w:p>
    <w:p>
      <w:r>
        <w:rPr>
          <w:b w:val="0"/>
          <w:sz w:val="20"/>
        </w:rPr>
        <w:t>Full Name / Company: 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Subject:</w:t>
      </w:r>
    </w:p>
    <w:p>
      <w:r>
        <w:rPr>
          <w:b w:val="0"/>
          <w:sz w:val="20"/>
        </w:rPr>
        <w:t>_____________________________________________________________________</w:t>
      </w:r>
    </w:p>
    <w:p/>
    <w:p>
      <w:r>
        <w:rPr>
          <w:b w:val="0"/>
          <w:sz w:val="20"/>
        </w:rPr>
        <w:t>Dear Sir or Madam,</w:t>
      </w:r>
    </w:p>
    <w:p/>
    <w:p>
      <w:r>
        <w:rPr>
          <w:b w:val="0"/>
          <w:sz w:val="20"/>
        </w:rPr>
        <w:t>This letter serves as formal notice regarding the matters outlined below. Please read carefully and respond accordingly.</w:t>
      </w:r>
    </w:p>
    <w:p/>
    <w:p>
      <w:r>
        <w:rPr>
          <w:b/>
          <w:sz w:val="20"/>
        </w:rPr>
        <w:t>1. Description of Issue / Reason for Notice:</w:t>
      </w:r>
    </w:p>
    <w:p>
      <w:r>
        <w:rPr>
          <w:b w:val="0"/>
          <w:sz w:val="20"/>
        </w:rPr>
        <w:t>_____________________________________________________________________</w:t>
      </w:r>
    </w:p>
    <w:p>
      <w:r>
        <w:rPr>
          <w:b w:val="0"/>
          <w:sz w:val="20"/>
        </w:rPr>
        <w:t>_____________________________________________________________________</w:t>
      </w:r>
    </w:p>
    <w:p>
      <w:r>
        <w:rPr>
          <w:b w:val="0"/>
          <w:sz w:val="20"/>
        </w:rPr>
        <w:t>_____________________________________________________________________</w:t>
      </w:r>
    </w:p>
    <w:p/>
    <w:p>
      <w:r>
        <w:rPr>
          <w:b/>
          <w:sz w:val="20"/>
        </w:rPr>
        <w:t>2. Reference to Relevant Agreement / Contract (if applicable):</w:t>
      </w:r>
    </w:p>
    <w:p>
      <w:r>
        <w:rPr>
          <w:b w:val="0"/>
          <w:sz w:val="20"/>
        </w:rPr>
        <w:t>Agreement Name / Number: _____________________________________________</w:t>
      </w:r>
    </w:p>
    <w:p>
      <w:r>
        <w:rPr>
          <w:b w:val="0"/>
          <w:sz w:val="20"/>
        </w:rPr>
        <w:t>Effective Date: ______________________________________________________</w:t>
      </w:r>
    </w:p>
    <w:p/>
    <w:p>
      <w:r>
        <w:rPr>
          <w:b/>
          <w:sz w:val="20"/>
        </w:rPr>
        <w:t>3. Required Action:</w:t>
      </w:r>
    </w:p>
    <w:p>
      <w:r>
        <w:rPr>
          <w:b w:val="0"/>
          <w:sz w:val="20"/>
        </w:rPr>
        <w:t>Please take the following actions to address the matter described above:</w:t>
      </w:r>
    </w:p>
    <w:p>
      <w:r>
        <w:rPr>
          <w:b w:val="0"/>
          <w:sz w:val="20"/>
        </w:rPr>
        <w:t>- _________________________________________________________________</w:t>
      </w:r>
    </w:p>
    <w:p>
      <w:r>
        <w:rPr>
          <w:b w:val="0"/>
          <w:sz w:val="20"/>
        </w:rPr>
        <w:t>- _________________________________________________________________</w:t>
      </w:r>
    </w:p>
    <w:p>
      <w:r>
        <w:rPr>
          <w:b w:val="0"/>
          <w:sz w:val="20"/>
        </w:rPr>
        <w:t>- _________________________________________________________________</w:t>
      </w:r>
    </w:p>
    <w:p/>
    <w:p>
      <w:r>
        <w:rPr>
          <w:b/>
          <w:sz w:val="20"/>
        </w:rPr>
        <w:t>4. Deadline for Compliance:</w:t>
      </w:r>
    </w:p>
    <w:p>
      <w:r>
        <w:rPr>
          <w:b w:val="0"/>
          <w:sz w:val="20"/>
        </w:rPr>
        <w:t>Kindly ensure that the required actions are completed no later than the specified deadline below:</w:t>
      </w:r>
    </w:p>
    <w:p>
      <w:r>
        <w:rPr>
          <w:b w:val="0"/>
          <w:sz w:val="20"/>
        </w:rPr>
        <w:t>Deadline: ____________________________________________________________</w:t>
      </w:r>
    </w:p>
    <w:p/>
    <w:p>
      <w:r>
        <w:rPr>
          <w:b/>
          <w:sz w:val="20"/>
        </w:rPr>
        <w:t>Legal Basis and Consequences:</w:t>
      </w:r>
    </w:p>
    <w:p>
      <w:r>
        <w:rPr>
          <w:b w:val="0"/>
          <w:sz w:val="20"/>
        </w:rPr>
        <w:t>This notice is provided in accordance with all applicable United States federal and state laws. Failure to comply with the above requirements by the specified deadline may result in legal remedies including, but not limited to, claims for damages, injunctive relief, and termination of agreements.</w:t>
      </w:r>
    </w:p>
    <w:p/>
    <w:p>
      <w:r>
        <w:rPr>
          <w:b/>
          <w:sz w:val="20"/>
        </w:rPr>
        <w:t>Reservation of Rights:</w:t>
      </w:r>
    </w:p>
    <w:p>
      <w:r>
        <w:rPr>
          <w:b w:val="0"/>
          <w:sz w:val="20"/>
        </w:rPr>
        <w:t>Nothing contained in this notice shall be construed as a waiver of any rights or remedies available under applicable law or agreement, all of which are expressly reserved.</w:t>
      </w:r>
    </w:p>
    <w:p/>
    <w:p>
      <w:r>
        <w:rPr>
          <w:b/>
          <w:sz w:val="20"/>
        </w:rPr>
        <w:t>For any questions or to discuss this matter, please contact:</w:t>
      </w:r>
    </w:p>
    <w:p>
      <w:r>
        <w:rPr>
          <w:b w:val="0"/>
          <w:sz w:val="20"/>
        </w:rPr>
        <w:t>Name: _______________________________________________________________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p>
      <w:r>
        <w:rPr>
          <w:b w:val="0"/>
          <w:sz w:val="20"/>
        </w:rPr>
        <w:t>Sincerely,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https://lettertemplate-us.com/notice-letter/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notice-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