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RECOMMENDATION FOR NURSING SCHOOL ADMISSION</w:t>
      </w:r>
    </w:p>
    <w:p/>
    <w:p/>
    <w:p>
      <w:r>
        <w:rPr>
          <w:b w:val="0"/>
          <w:sz w:val="20"/>
        </w:rPr>
        <w:t>To Whom It May Concern:</w:t>
      </w:r>
    </w:p>
    <w:p/>
    <w:p>
      <w:r>
        <w:rPr>
          <w:b w:val="0"/>
          <w:sz w:val="20"/>
        </w:rPr>
        <w:t>I am writing to provide my highest recommendation for the applicant named below, who is seeking admission to your esteemed nursing program. As a licensed healthcare professional with extensive experience in nursing education and practice, I have had the privilege of observing the applicant's growth, dedication, and aptitude for the nursing profession.</w:t>
      </w:r>
    </w:p>
    <w:p/>
    <w:p/>
    <w:p>
      <w:r>
        <w:rPr>
          <w:b/>
          <w:sz w:val="20"/>
        </w:rPr>
        <w:t>Applicant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Contact Information: __________________________________________________</w:t>
      </w:r>
    </w:p>
    <w:p/>
    <w:p>
      <w:r>
        <w:rPr>
          <w:b/>
          <w:sz w:val="20"/>
        </w:rPr>
        <w:t>Relationship to Applicant:</w:t>
      </w:r>
    </w:p>
    <w:p>
      <w:r>
        <w:rPr>
          <w:b w:val="0"/>
          <w:sz w:val="20"/>
        </w:rPr>
        <w:t>I have known the applicant for ______ years/months in my capacity as ________________________________________________ (e.g., clinical instructor, supervisor, mentor). During this time, I have been able to assess their character, work ethic, and clinical aptitude firsthand.</w:t>
      </w:r>
    </w:p>
    <w:p/>
    <w:p>
      <w:r>
        <w:rPr>
          <w:b/>
          <w:sz w:val="20"/>
        </w:rPr>
        <w:t>Academic and Clinical Performance:</w:t>
      </w:r>
    </w:p>
    <w:p>
      <w:r>
        <w:rPr>
          <w:b w:val="0"/>
          <w:sz w:val="20"/>
        </w:rPr>
        <w:t>The applicant has consistently demonstrated a strong commitment to learning, intellectual curiosity, and the ability to apply theoretical knowledge to clinical situations effectively. Their academic record reflects excellence in key nursing subjects, including anatomy, physiology, pharmacology, and patient care.</w:t>
      </w:r>
    </w:p>
    <w:p>
      <w:r>
        <w:rPr>
          <w:b w:val="0"/>
          <w:sz w:val="20"/>
        </w:rPr>
        <w:t>In clinical settings, the applicant has shown exceptional skills in patient assessment, critical thinking, communication, and empathy. They understand the importance of patient safety, hygiene, confidentiality, and ethical standards mandated by nursing practice.</w:t>
      </w:r>
    </w:p>
    <w:p/>
    <w:p>
      <w:r>
        <w:rPr>
          <w:b/>
          <w:sz w:val="20"/>
        </w:rPr>
        <w:t>Personal Traits and Professionalism:</w:t>
      </w:r>
    </w:p>
    <w:p>
      <w:r>
        <w:rPr>
          <w:b w:val="0"/>
          <w:sz w:val="20"/>
        </w:rPr>
        <w:t>The applicant is reliable, punctual, and exhibits strong interpersonal skills when interacting with patients, families, and healthcare teams. Their ability to handle stressful situations with composure and make sound decisions reflects maturity and professionalism essential to nursing.</w:t>
      </w:r>
    </w:p>
    <w:p>
      <w:r>
        <w:rPr>
          <w:b w:val="0"/>
          <w:sz w:val="20"/>
        </w:rPr>
        <w:t>They display a genuine passion for serving others and a dedication to continuous professional development.</w:t>
      </w:r>
    </w:p>
    <w:p/>
    <w:p>
      <w:r>
        <w:rPr>
          <w:b/>
          <w:sz w:val="20"/>
        </w:rPr>
        <w:t>Legal and Ethical Compliance:</w:t>
      </w:r>
    </w:p>
    <w:p>
      <w:r>
        <w:rPr>
          <w:b w:val="0"/>
          <w:sz w:val="20"/>
        </w:rPr>
        <w:t>To the best of my knowledge, the applicant has maintained a record free of disciplinary actions, ethical violations, or legal impediments that would affect their eligibility for nursing licensure or practice in the United States. They understand and respect the importance of adhering to all laws, regulations, and codes of conduct governing nursing practice.</w:t>
      </w:r>
    </w:p>
    <w:p/>
    <w:p>
      <w:r>
        <w:rPr>
          <w:b/>
          <w:sz w:val="20"/>
        </w:rPr>
        <w:t>Summary and Recommendation:</w:t>
      </w:r>
    </w:p>
    <w:p>
      <w:r>
        <w:rPr>
          <w:b w:val="0"/>
          <w:sz w:val="20"/>
        </w:rPr>
        <w:t>Based on my professional assessment, I firmly believe that the applicant possesses the academic capabilities, clinical skills, personal qualities, and ethical foundation required to succeed in nursing school and to become a competent, compassionate registered nurse. I recommend their admission without reservation.</w:t>
      </w:r>
    </w:p>
    <w:p/>
    <w:p/>
    <w:p>
      <w:r>
        <w:rPr>
          <w:b w:val="0"/>
          <w:sz w:val="20"/>
        </w:rPr>
        <w:t>Please feel free to contact me should you require any additional information or clarification regarding this recommendation.</w:t>
      </w:r>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Recommender's Full Name: ______________________________________________</w:t>
            </w:r>
          </w:p>
        </w:tc>
      </w:tr>
      <w:tr>
        <w:tc>
          <w:tcPr>
            <w:tcW w:type="dxa" w:w="9972"/>
            <w:tcBorders>
              <w:top w:val="nil"/>
              <w:left w:val="nil"/>
              <w:bottom w:val="nil"/>
              <w:right w:val="nil"/>
              <w:insideH w:val="nil"/>
              <w:insideV w:val="nil"/>
            </w:tcBorders>
          </w:tcPr>
          <w:p>
            <w:pPr>
              <w:jc w:val="left"/>
            </w:pPr>
            <w:r>
              <w:t>Title/Position: ________________________________________________________</w:t>
            </w:r>
          </w:p>
        </w:tc>
      </w:tr>
      <w:tr>
        <w:tc>
          <w:tcPr>
            <w:tcW w:type="dxa" w:w="9972"/>
            <w:tcBorders>
              <w:top w:val="nil"/>
              <w:left w:val="nil"/>
              <w:bottom w:val="nil"/>
              <w:right w:val="nil"/>
              <w:insideH w:val="nil"/>
              <w:insideV w:val="nil"/>
            </w:tcBorders>
          </w:tcPr>
          <w:p>
            <w:pPr>
              <w:jc w:val="left"/>
            </w:pPr>
            <w:r>
              <w:t>Institution/Employer: _________________________________________________</w:t>
            </w:r>
          </w:p>
        </w:tc>
      </w:tr>
      <w:tr>
        <w:tc>
          <w:tcPr>
            <w:tcW w:type="dxa" w:w="9972"/>
            <w:tcBorders>
              <w:top w:val="nil"/>
              <w:left w:val="nil"/>
              <w:bottom w:val="nil"/>
              <w:right w:val="nil"/>
              <w:insideH w:val="nil"/>
              <w:insideV w:val="nil"/>
            </w:tcBorders>
          </w:tcPr>
          <w:p>
            <w:pPr>
              <w:jc w:val="left"/>
            </w:pPr>
            <w:r>
              <w:t>Phone: _____________________    Email: _______________________________</w:t>
            </w:r>
          </w:p>
        </w:tc>
      </w:tr>
    </w:tbl>
    <w:p/>
    <w:p/>
    <w:p>
      <w:r>
        <w:rPr>
          <w:b w:val="0"/>
          <w:sz w:val="20"/>
        </w:rPr>
        <w:t>Signature: ______________________________________________________________</w:t>
      </w:r>
    </w:p>
    <w:p/>
    <w:p>
      <w:r>
        <w:rPr>
          <w:b w:val="0"/>
          <w:sz w:val="20"/>
        </w:rPr>
        <w:t>Date: _________________________________________________________________</w:t>
      </w:r>
    </w:p>
    <w:p/>
    <w:p/>
    <w:p>
      <w:r>
        <w:rPr>
          <w:b w:val="0"/>
          <w:sz w:val="20"/>
        </w:rPr>
        <w:t>Sincerely,</w:t>
      </w:r>
    </w:p>
    <w:p/>
    <w:p/>
    <w:p/>
    <w:p/>
    <w:p>
      <w:r>
        <w:rPr>
          <w:b w:val="0"/>
          <w:sz w:val="20"/>
        </w:rPr>
        <w:t>________________________________________________</w:t>
      </w:r>
    </w:p>
    <w:p>
      <w:r>
        <w:rPr>
          <w:b w:val="0"/>
          <w:sz w:val="20"/>
        </w:rPr>
        <w:t>Recommender's Signature</w:t>
      </w:r>
    </w:p>
    <w:p/>
    <w:p>
      <w:r>
        <w:br w:type="page"/>
      </w:r>
    </w:p>
    <w:p>
      <w:pPr>
        <w:jc w:val="center"/>
      </w:pPr>
      <w:r>
        <w:rPr>
          <w:color w:val="555555"/>
          <w:sz w:val="24"/>
        </w:rPr>
        <w:t>Original source of this document:</w:t>
      </w:r>
    </w:p>
    <w:p>
      <w:pPr>
        <w:jc w:val="center"/>
      </w:pPr>
      <w:hyperlink r:id="rId9">
        <w:r>
          <w:rPr>
            <w:color w:val="0000FF"/>
            <w:u w:val="single"/>
          </w:rPr>
          <w:t>https://lettertemplate-us.com/nursing-school-letter-of-recommendation/</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nursing-school-letter-of-recommendation/"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