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OFFICIAL OFFER LETTER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Company/Individual Name: 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 w:val="0"/>
          <w:sz w:val="20"/>
        </w:rPr>
        <w:t>Dear ____________________________,</w:t>
      </w:r>
    </w:p>
    <w:p/>
    <w:p>
      <w:r>
        <w:rPr>
          <w:b w:val="0"/>
          <w:sz w:val="20"/>
        </w:rPr>
        <w:t>We are pleased to submit this formal offer for your consideration. The terms and conditions outlined herein constitute our official offer for the provision of goods and/or services as detailed below.</w:t>
      </w:r>
    </w:p>
    <w:p/>
    <w:p>
      <w:r>
        <w:rPr>
          <w:b/>
          <w:sz w:val="20"/>
        </w:rPr>
        <w:t>1. Offer Description: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2. Price and Payment Terms:</w:t>
      </w:r>
    </w:p>
    <w:p>
      <w:r>
        <w:rPr>
          <w:b w:val="0"/>
          <w:sz w:val="20"/>
        </w:rPr>
        <w:t>Total Price: $_________________________ USD</w:t>
      </w:r>
    </w:p>
    <w:p>
      <w:r>
        <w:rPr>
          <w:b w:val="0"/>
          <w:sz w:val="20"/>
        </w:rPr>
        <w:t>Payment Method(s): ______________________________________________________</w:t>
      </w:r>
    </w:p>
    <w:p>
      <w:r>
        <w:rPr>
          <w:b w:val="0"/>
          <w:sz w:val="20"/>
        </w:rPr>
        <w:t>Payment Schedule (if applicable): ________________________________________</w:t>
      </w:r>
    </w:p>
    <w:p/>
    <w:p>
      <w:r>
        <w:rPr>
          <w:b/>
          <w:sz w:val="20"/>
        </w:rPr>
        <w:t>3. Delivery or Performance:</w:t>
      </w:r>
    </w:p>
    <w:p>
      <w:r>
        <w:rPr>
          <w:b w:val="0"/>
          <w:sz w:val="20"/>
        </w:rPr>
        <w:t>Expected Delivery/Completion Date: ______________________________________</w:t>
      </w:r>
    </w:p>
    <w:p>
      <w:r>
        <w:rPr>
          <w:b w:val="0"/>
          <w:sz w:val="20"/>
        </w:rPr>
        <w:t>Location of Delivery/Performance: ________________________________________</w:t>
      </w:r>
    </w:p>
    <w:p>
      <w:r>
        <w:rPr>
          <w:b w:val="0"/>
          <w:sz w:val="20"/>
        </w:rPr>
        <w:t>Method of Delivery (if applicable): ______________________________________</w:t>
      </w:r>
    </w:p>
    <w:p/>
    <w:p>
      <w:r>
        <w:rPr>
          <w:b/>
          <w:sz w:val="20"/>
        </w:rPr>
        <w:t>4. Term of Offer:</w:t>
      </w:r>
    </w:p>
    <w:p>
      <w:r>
        <w:rPr>
          <w:b w:val="0"/>
          <w:sz w:val="20"/>
        </w:rPr>
        <w:t>This offer shall remain valid until ______________________________________. After this date, the offer may be subject to revision or withdrawal.</w:t>
      </w:r>
    </w:p>
    <w:p/>
    <w:p>
      <w:r>
        <w:rPr>
          <w:b/>
          <w:sz w:val="20"/>
        </w:rPr>
        <w:t>5. Terms and Conditions:</w:t>
      </w:r>
    </w:p>
    <w:p>
      <w:r>
        <w:rPr>
          <w:b w:val="0"/>
          <w:sz w:val="20"/>
        </w:rPr>
        <w:t>a) Acceptance: Acceptance of this offer shall be in writing and must be received by the sender within the validity period stated above.</w:t>
      </w:r>
    </w:p>
    <w:p>
      <w:r>
        <w:rPr>
          <w:b w:val="0"/>
          <w:sz w:val="20"/>
        </w:rPr>
        <w:t>b) Governing Law: This offer and any resulting agreement shall be governed by and construed in accordance with the laws of the United States of America, without regard to conflict of law principles.</w:t>
      </w:r>
    </w:p>
    <w:p>
      <w:r>
        <w:rPr>
          <w:b w:val="0"/>
          <w:sz w:val="20"/>
        </w:rPr>
        <w:t>c) Confidentiality: The contents of this offer are confidential and shall not be disclosed to any third party without prior written consent.</w:t>
      </w:r>
    </w:p>
    <w:p>
      <w:r>
        <w:rPr>
          <w:b w:val="0"/>
          <w:sz w:val="20"/>
        </w:rPr>
        <w:t>d) Liability: Except as expressly stated herein, neither party shall be liable for any indirect, incidental, consequential, or punitive damages arising out of or related to this offer or any resulting agreement.</w:t>
      </w:r>
    </w:p>
    <w:p>
      <w:r>
        <w:rPr>
          <w:b w:val="0"/>
          <w:sz w:val="20"/>
        </w:rPr>
        <w:t>e) Modification: Any modifications or amendments to this offer must be made in writing and signed by both parties.</w:t>
      </w:r>
    </w:p>
    <w:p>
      <w:r>
        <w:rPr>
          <w:b w:val="0"/>
          <w:sz w:val="20"/>
        </w:rPr>
        <w:t>f) Entire Agreement: This offer, upon acceptance, constitutes the entire agreement between the parties and supersedes all prior negotiations, understandings, or agreements, whether written or oral.</w:t>
      </w:r>
    </w:p>
    <w:p/>
    <w:p>
      <w:r>
        <w:rPr>
          <w:b/>
          <w:sz w:val="20"/>
        </w:rPr>
        <w:t>6. Representations and Warranties:</w:t>
      </w:r>
    </w:p>
    <w:p>
      <w:r>
        <w:rPr>
          <w:b w:val="0"/>
          <w:sz w:val="20"/>
        </w:rPr>
        <w:t>Each party represents and warrants that it has full authority to enter into this offer and any resultant agreement, and that the execution and delivery thereof have been duly authorized.</w:t>
      </w:r>
    </w:p>
    <w:p/>
    <w:p>
      <w:r>
        <w:rPr>
          <w:b/>
          <w:sz w:val="20"/>
        </w:rPr>
        <w:t>7. Termination:</w:t>
      </w:r>
    </w:p>
    <w:p>
      <w:r>
        <w:rPr>
          <w:b w:val="0"/>
          <w:sz w:val="20"/>
        </w:rPr>
        <w:t>This offer may be withdrawn or terminated by the sender at any time prior to acceptance. Upon acceptance, termination rights shall be governed by the terms of the resultant agreement.</w:t>
      </w:r>
    </w:p>
    <w:p/>
    <w:p>
      <w:r>
        <w:rPr>
          <w:b/>
          <w:sz w:val="20"/>
        </w:rPr>
        <w:t>8. Contact Information:</w:t>
      </w:r>
    </w:p>
    <w:p>
      <w:r>
        <w:rPr>
          <w:b w:val="0"/>
          <w:sz w:val="20"/>
        </w:rPr>
        <w:t>For any questions or clarifications regarding this offer, please contact: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Title: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 w:val="0"/>
          <w:sz w:val="20"/>
        </w:rPr>
        <w:t>We look forward to your favorable response and the opportunity to work together. Please indicate your acceptance of this offer by signing below.</w:t>
      </w:r>
    </w:p>
    <w:p/>
    <w:p/>
    <w:p>
      <w:r>
        <w:rPr>
          <w:b w:val="0"/>
          <w:sz w:val="20"/>
        </w:rPr>
        <w:t>Place: ______________________________________</w:t>
      </w:r>
    </w:p>
    <w:p>
      <w:r>
        <w:rPr>
          <w:b w:val="0"/>
          <w:sz w:val="20"/>
        </w:rPr>
        <w:t>Date: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OFFEROR (Sender)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OFFEREE (Recipient)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</w:t>
            </w:r>
          </w:p>
        </w:tc>
      </w:tr>
    </w:tbl>
    <w:p/>
    <w:p>
      <w:pPr>
        <w:jc w:val="center"/>
      </w:pPr>
      <w:r>
        <w:rPr>
          <w:b w:val="0"/>
          <w:sz w:val="20"/>
        </w:rPr>
        <w:t>Thank you for your consideration.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https://lettertemplate-us.com/official-offer-letter/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official-offer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