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ONE WEEK NOTICE OF TERMINATION OF TENANCY</w:t>
      </w:r>
    </w:p>
    <w:p/>
    <w:p/>
    <w:p>
      <w:r>
        <w:rPr>
          <w:b/>
          <w:sz w:val="20"/>
        </w:rPr>
        <w:t>To:</w:t>
      </w:r>
    </w:p>
    <w:p>
      <w:r>
        <w:rPr>
          <w:b w:val="0"/>
          <w:sz w:val="20"/>
        </w:rPr>
        <w:t>Landlord/Property Manager Name: 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
      <w:r>
        <w:rPr>
          <w:b/>
          <w:sz w:val="20"/>
        </w:rPr>
        <w:t>From:</w:t>
      </w:r>
    </w:p>
    <w:p>
      <w:r>
        <w:rPr>
          <w:b w:val="0"/>
          <w:sz w:val="20"/>
        </w:rPr>
        <w:t>Tenant Name(s): ___________________________________________________________</w:t>
      </w:r>
    </w:p>
    <w:p>
      <w:r>
        <w:rPr>
          <w:b w:val="0"/>
          <w:sz w:val="20"/>
        </w:rPr>
        <w:t>Current Address: __________________________________________________________</w:t>
      </w:r>
    </w:p>
    <w:p>
      <w:r>
        <w:rPr>
          <w:b w:val="0"/>
          <w:sz w:val="20"/>
        </w:rPr>
        <w:t>Phone: _________________________________________________________________</w:t>
      </w:r>
    </w:p>
    <w:p/>
    <w:p/>
    <w:p>
      <w:pPr>
        <w:jc w:val="center"/>
      </w:pPr>
      <w:r>
        <w:rPr>
          <w:b/>
          <w:sz w:val="20"/>
        </w:rPr>
        <w:t>Subject: Notice of Intent to Vacate Premises</w:t>
      </w:r>
    </w:p>
    <w:p/>
    <w:p/>
    <w:p>
      <w:r>
        <w:rPr>
          <w:b/>
          <w:sz w:val="20"/>
        </w:rPr>
        <w:t>Dear Landlord/Property Manager,</w:t>
      </w:r>
    </w:p>
    <w:p/>
    <w:p>
      <w:r>
        <w:rPr>
          <w:b w:val="0"/>
          <w:sz w:val="20"/>
        </w:rPr>
        <w:t>This letter serves as my/our official notice to terminate the tenancy for the premises located at ____________________________________________________________________________________ which I/we currently occupy under a rental agreement. This notice is provided in accordance with applicable state and local laws requiring a minimum of one week’s notice prior to vacating the property.</w:t>
      </w:r>
    </w:p>
    <w:p/>
    <w:p>
      <w:r>
        <w:rPr>
          <w:b w:val="0"/>
          <w:sz w:val="20"/>
        </w:rPr>
        <w:t>I/We intend to vacate and surrender possession of the premises on or before the expiration of one week from the date this notice is delivered to you. Please consider this letter as the start of the one week notice period.</w:t>
      </w:r>
    </w:p>
    <w:p/>
    <w:p>
      <w:r>
        <w:rPr>
          <w:b w:val="0"/>
          <w:sz w:val="20"/>
        </w:rPr>
        <w:t>Please send any future correspondence, including the return of my/our security deposit, to the following forwarding address:</w:t>
      </w:r>
    </w:p>
    <w:p>
      <w:r>
        <w:rPr>
          <w:b w:val="0"/>
          <w:sz w:val="20"/>
        </w:rPr>
        <w:t>____________________________________________________________________________________</w:t>
      </w:r>
    </w:p>
    <w:p/>
    <w:p>
      <w:r>
        <w:rPr>
          <w:b w:val="0"/>
          <w:sz w:val="20"/>
        </w:rPr>
        <w:t>I/We intend to leave the premises in a clean and good condition, normal wear and tear excepted, and agree to schedule a mutually convenient time for a move-out inspection prior to vacating.</w:t>
      </w:r>
    </w:p>
    <w:p/>
    <w:p>
      <w:r>
        <w:rPr>
          <w:b w:val="0"/>
          <w:sz w:val="20"/>
        </w:rPr>
        <w:t>I/We request that the security deposit be returned in full or with an itemized list of deductions in compliance with the governing laws within the legally specified timeframe.</w:t>
      </w:r>
    </w:p>
    <w:p/>
    <w:p>
      <w:r>
        <w:rPr>
          <w:b w:val="0"/>
          <w:sz w:val="20"/>
        </w:rPr>
        <w:t>If you require access to the premises for showings or inspections during the notice period, please contact me/us at the above phone number to arrange a suitable time.</w:t>
      </w:r>
    </w:p>
    <w:p/>
    <w:p/>
    <w:p>
      <w:r>
        <w:rPr>
          <w:b w:val="0"/>
          <w:sz w:val="20"/>
        </w:rPr>
        <w:t>Thank you for your cooperation. I/We appreciate your attention to this notice and look forward to a smooth termination of the tenancy.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 Signature(s)</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______________________________________</w:t>
            </w:r>
          </w:p>
        </w:tc>
        <w:tc>
          <w:tcPr>
            <w:tcW w:type="dxa" w:w="4986"/>
            <w:tcBorders>
              <w:top w:val="nil"/>
              <w:left w:val="nil"/>
              <w:bottom w:val="nil"/>
              <w:right w:val="nil"/>
              <w:insideH w:val="nil"/>
              <w:insideV w:val="nil"/>
            </w:tcBorders>
          </w:tcPr>
          <w:p>
            <w:pPr>
              <w:jc w:val="center"/>
            </w:pPr>
            <w:r>
              <w:br/>
              <w:br/>
              <w:t>____________________________</w:t>
            </w:r>
          </w:p>
        </w:tc>
      </w:tr>
      <w:tr>
        <w:tc>
          <w:tcPr>
            <w:tcW w:type="dxa" w:w="4986"/>
            <w:tcBorders>
              <w:top w:val="nil"/>
              <w:left w:val="nil"/>
              <w:bottom w:val="nil"/>
              <w:right w:val="nil"/>
              <w:insideH w:val="nil"/>
              <w:insideV w:val="nil"/>
            </w:tcBorders>
          </w:tcPr>
          <w:p>
            <w:pPr>
              <w:jc w:val="center"/>
            </w:pPr>
            <w:r>
              <w:t>Printed Name: ___________________________________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https://lettertemplate-us.com/one-week-notice-letter/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one-week-notic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