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LETTER</w:t>
      </w:r>
    </w:p>
    <w:p/>
    <w:p>
      <w:r>
        <w:rPr>
          <w:b/>
          <w:sz w:val="20"/>
        </w:rPr>
        <w:t>Sender Information:</w:t>
      </w:r>
    </w:p>
    <w:p>
      <w:r>
        <w:rPr>
          <w:b w:val="0"/>
          <w:sz w:val="20"/>
        </w:rPr>
        <w:t>Full Name / Company: ________________________________________________</w:t>
      </w:r>
    </w:p>
    <w:p>
      <w:r>
        <w:rPr>
          <w:b w:val="0"/>
          <w:sz w:val="20"/>
        </w:rPr>
        <w:t>Address: ____________________________________________________________</w:t>
      </w:r>
    </w:p>
    <w:p>
      <w:r>
        <w:rPr>
          <w:b w:val="0"/>
          <w:sz w:val="20"/>
        </w:rPr>
        <w:t>City, State, ZIP Code: ______________________________________________</w:t>
      </w:r>
    </w:p>
    <w:p>
      <w:r>
        <w:rPr>
          <w:b w:val="0"/>
          <w:sz w:val="20"/>
        </w:rPr>
        <w:t>Phone Number: ______________________________________________________</w:t>
      </w:r>
    </w:p>
    <w:p>
      <w:r>
        <w:rPr>
          <w:b w:val="0"/>
          <w:sz w:val="20"/>
        </w:rPr>
        <w:t>Email Address: ______________________________________________________</w:t>
      </w:r>
    </w:p>
    <w:p/>
    <w:p>
      <w:r>
        <w:rPr>
          <w:b/>
          <w:sz w:val="20"/>
        </w:rPr>
        <w:t>Recipient Information:</w:t>
      </w:r>
    </w:p>
    <w:p>
      <w:r>
        <w:rPr>
          <w:b w:val="0"/>
          <w:sz w:val="20"/>
        </w:rPr>
        <w:t>Full Name / Company: ________________________________________________</w:t>
      </w:r>
    </w:p>
    <w:p>
      <w:r>
        <w:rPr>
          <w:b w:val="0"/>
          <w:sz w:val="20"/>
        </w:rPr>
        <w:t>Address: ____________________________________________________________</w:t>
      </w:r>
    </w:p>
    <w:p>
      <w:r>
        <w:rPr>
          <w:b w:val="0"/>
          <w:sz w:val="20"/>
        </w:rPr>
        <w:t>City, State, ZIP Code: ______________________________________________</w:t>
      </w:r>
    </w:p>
    <w:p>
      <w:r>
        <w:rPr>
          <w:b w:val="0"/>
          <w:sz w:val="20"/>
        </w:rPr>
        <w:t>Phone Number: ______________________________________________________</w:t>
      </w:r>
    </w:p>
    <w:p>
      <w:r>
        <w:rPr>
          <w:b w:val="0"/>
          <w:sz w:val="20"/>
        </w:rPr>
        <w:t>Email Address: ______________________________________________________</w:t>
      </w:r>
    </w:p>
    <w:p/>
    <w:p>
      <w:pPr>
        <w:jc w:val="left"/>
      </w:pPr>
      <w:r>
        <w:rPr>
          <w:b/>
          <w:sz w:val="20"/>
        </w:rPr>
        <w:t>Subject: Payment for Invoice No. _______________________________</w:t>
      </w:r>
    </w:p>
    <w:p/>
    <w:p>
      <w:r>
        <w:rPr>
          <w:b w:val="0"/>
          <w:sz w:val="20"/>
        </w:rPr>
        <w:t>Dear Sir or Madam,</w:t>
      </w:r>
    </w:p>
    <w:p/>
    <w:p>
      <w:r>
        <w:rPr>
          <w:b w:val="0"/>
          <w:sz w:val="20"/>
        </w:rPr>
        <w:t>This letter serves as a formal notification regarding the payment due as per the terms and conditions outlined in the referenced invoice. Please find below the detailed information concerning the payment.</w:t>
      </w:r>
    </w:p>
    <w:p/>
    <w:p>
      <w:r>
        <w:rPr>
          <w:b/>
          <w:sz w:val="20"/>
        </w:rPr>
        <w:t>1. Payment Details</w:t>
      </w:r>
    </w:p>
    <w:p>
      <w:r>
        <w:rPr>
          <w:b w:val="0"/>
          <w:sz w:val="20"/>
        </w:rPr>
        <w:t>Invoice Number: _________________________________________________</w:t>
      </w:r>
    </w:p>
    <w:p>
      <w:r>
        <w:rPr>
          <w:b w:val="0"/>
          <w:sz w:val="20"/>
        </w:rPr>
        <w:t>Invoice Date: ____________________________________________________</w:t>
      </w:r>
    </w:p>
    <w:p>
      <w:r>
        <w:rPr>
          <w:b w:val="0"/>
          <w:sz w:val="20"/>
        </w:rPr>
        <w:t>Total Amount Due: __________________ USD</w:t>
      </w:r>
    </w:p>
    <w:p>
      <w:r>
        <w:rPr>
          <w:b w:val="0"/>
          <w:sz w:val="20"/>
        </w:rPr>
        <w:t>Payment Due Date: ______________________________________________</w:t>
      </w:r>
    </w:p>
    <w:p>
      <w:r>
        <w:rPr>
          <w:b w:val="0"/>
          <w:sz w:val="20"/>
        </w:rPr>
        <w:t>Payment Method: ________________________________________________</w:t>
      </w:r>
    </w:p>
    <w:p/>
    <w:p>
      <w:r>
        <w:rPr>
          <w:b/>
          <w:sz w:val="20"/>
        </w:rPr>
        <w:t>2. Payment Instructions</w:t>
      </w:r>
    </w:p>
    <w:p>
      <w:r>
        <w:rPr>
          <w:b w:val="0"/>
          <w:sz w:val="20"/>
        </w:rPr>
        <w:t>Please remit payment via one of the following methods:</w:t>
      </w:r>
    </w:p>
    <w:p>
      <w:r>
        <w:rPr>
          <w:b w:val="0"/>
          <w:sz w:val="20"/>
        </w:rPr>
        <w:t>a) Wire Transfer:</w:t>
      </w:r>
    </w:p>
    <w:p>
      <w:r>
        <w:rPr>
          <w:b w:val="0"/>
          <w:sz w:val="20"/>
        </w:rPr>
        <w:t xml:space="preserve">   Bank Name: ___________________________________________________</w:t>
      </w:r>
    </w:p>
    <w:p>
      <w:r>
        <w:rPr>
          <w:b w:val="0"/>
          <w:sz w:val="20"/>
        </w:rPr>
        <w:t xml:space="preserve">   Account Name: _________________________________________________</w:t>
      </w:r>
    </w:p>
    <w:p>
      <w:r>
        <w:rPr>
          <w:b w:val="0"/>
          <w:sz w:val="20"/>
        </w:rPr>
        <w:t xml:space="preserve">   Account Number: _______________________________________________</w:t>
      </w:r>
    </w:p>
    <w:p>
      <w:r>
        <w:rPr>
          <w:b w:val="0"/>
          <w:sz w:val="20"/>
        </w:rPr>
        <w:t xml:space="preserve">   Routing Number (ABA): _________________________________________</w:t>
      </w:r>
    </w:p>
    <w:p>
      <w:r>
        <w:rPr>
          <w:b w:val="0"/>
          <w:sz w:val="20"/>
        </w:rPr>
        <w:t xml:space="preserve">   SWIFT/BIC Code (if applicable): _______________________________</w:t>
      </w:r>
    </w:p>
    <w:p/>
    <w:p>
      <w:r>
        <w:rPr>
          <w:b w:val="0"/>
          <w:sz w:val="20"/>
        </w:rPr>
        <w:t>b) Check:</w:t>
      </w:r>
    </w:p>
    <w:p>
      <w:r>
        <w:rPr>
          <w:b w:val="0"/>
          <w:sz w:val="20"/>
        </w:rPr>
        <w:t xml:space="preserve">   Make payable to: ______________________________________________</w:t>
      </w:r>
    </w:p>
    <w:p>
      <w:r>
        <w:rPr>
          <w:b w:val="0"/>
          <w:sz w:val="20"/>
        </w:rPr>
        <w:t xml:space="preserve">   Mail to: _____________________________________________________</w:t>
      </w:r>
    </w:p>
    <w:p>
      <w:r>
        <w:rPr>
          <w:b w:val="0"/>
          <w:sz w:val="20"/>
        </w:rPr>
        <w:t xml:space="preserve">   ______________________________________________________________</w:t>
      </w:r>
    </w:p>
    <w:p/>
    <w:p>
      <w:r>
        <w:rPr>
          <w:b w:val="0"/>
          <w:sz w:val="20"/>
        </w:rPr>
        <w:t>c) Other Methods:</w:t>
      </w:r>
    </w:p>
    <w:p>
      <w:r>
        <w:rPr>
          <w:b w:val="0"/>
          <w:sz w:val="20"/>
        </w:rPr>
        <w:t xml:space="preserve">   ______________________________________________________________</w:t>
      </w:r>
    </w:p>
    <w:p>
      <w:r>
        <w:rPr>
          <w:b w:val="0"/>
          <w:sz w:val="20"/>
        </w:rPr>
        <w:t xml:space="preserve">   ______________________________________________________________</w:t>
      </w:r>
    </w:p>
    <w:p/>
    <w:p>
      <w:r>
        <w:rPr>
          <w:b/>
          <w:sz w:val="20"/>
        </w:rPr>
        <w:t>3. Late Payment</w:t>
      </w:r>
    </w:p>
    <w:p>
      <w:r>
        <w:rPr>
          <w:b w:val="0"/>
          <w:sz w:val="20"/>
        </w:rPr>
        <w:t>If payment is not received within the stipulated period, a late payment fee of 1.5% per month on the outstanding balance will be applied. Additionally, we reserve the right to pursue all legal remedies available under United States law to recover the amount due, including collection costs.</w:t>
      </w:r>
    </w:p>
    <w:p/>
    <w:p>
      <w:r>
        <w:rPr>
          <w:b/>
          <w:sz w:val="20"/>
        </w:rPr>
        <w:t>4. Dispute Resolution</w:t>
      </w:r>
    </w:p>
    <w:p>
      <w:r>
        <w:rPr>
          <w:b w:val="0"/>
          <w:sz w:val="20"/>
        </w:rPr>
        <w:t>Any disputes arising from this payment or related matters shall be resolved amicably between the parties. Should informal resolution fail, the parties agree to submit to binding arbitration in accordance with the rules of the American Arbitration Association, with the venue located in the state of the sender’s principal place of business.</w:t>
      </w:r>
    </w:p>
    <w:p/>
    <w:p>
      <w:r>
        <w:rPr>
          <w:b/>
          <w:sz w:val="20"/>
        </w:rPr>
        <w:t>5. Confidentiality</w:t>
      </w:r>
    </w:p>
    <w:p>
      <w:r>
        <w:rPr>
          <w:b w:val="0"/>
          <w:sz w:val="20"/>
        </w:rPr>
        <w:t>All information contained in this letter is confidential and is intended solely for the use of the recipient. Disclosure to third parties without prior written consent is prohibited, except as required by law.</w:t>
      </w:r>
    </w:p>
    <w:p/>
    <w:p>
      <w:r>
        <w:rPr>
          <w:b/>
          <w:sz w:val="20"/>
        </w:rPr>
        <w:t>6. Governing Law</w:t>
      </w:r>
    </w:p>
    <w:p>
      <w:r>
        <w:rPr>
          <w:b w:val="0"/>
          <w:sz w:val="20"/>
        </w:rPr>
        <w:t>This payment letter and any related agreements shall be governed by and construed in accordance with the laws of the United States of America and the applicable laws of the state in which the sender is domiciled, without regard to its conflict of laws principles.</w:t>
      </w:r>
    </w:p>
    <w:p/>
    <w:p/>
    <w:p>
      <w:r>
        <w:rPr>
          <w:b w:val="0"/>
          <w:sz w:val="20"/>
        </w:rPr>
        <w:t>Thank you for your prompt attention to this matter.</w:t>
      </w:r>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https://lettertemplate-us.com/payment-letter/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aymen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