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PETITION LETTER</w:t>
      </w:r>
    </w:p>
    <w:p/>
    <w:p>
      <w:r>
        <w:rPr>
          <w:b/>
          <w:sz w:val="20"/>
        </w:rPr>
        <w:t>Petitioner's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Respondent's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w:t>
      </w:r>
    </w:p>
    <w:p/>
    <w:p>
      <w:r>
        <w:rPr>
          <w:b/>
          <w:sz w:val="20"/>
        </w:rPr>
        <w:t>Subject of Petition:</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val="0"/>
          <w:sz w:val="20"/>
        </w:rPr>
        <w:t>Dear Sir or Madam,</w:t>
      </w:r>
    </w:p>
    <w:p/>
    <w:p>
      <w:r>
        <w:rPr>
          <w:b w:val="0"/>
          <w:sz w:val="20"/>
        </w:rPr>
        <w:t>I, the undersigned petitioner, hereby submit this petition to formally request the following relief or action. This petition is made in accordance with all applicable laws and regulations of the United States and is intended to be legally binding and enforceable.</w:t>
      </w:r>
    </w:p>
    <w:p/>
    <w:p>
      <w:r>
        <w:rPr>
          <w:b/>
          <w:sz w:val="20"/>
        </w:rPr>
        <w:t>Background and Relevant Facts:</w:t>
      </w:r>
    </w:p>
    <w:p>
      <w:r>
        <w:rPr>
          <w:b w:val="0"/>
          <w:sz w:val="20"/>
        </w:rPr>
        <w:t>1. ____________________________________________________________________</w:t>
      </w:r>
    </w:p>
    <w:p>
      <w:r>
        <w:rPr>
          <w:b w:val="0"/>
          <w:sz w:val="20"/>
        </w:rPr>
        <w:t>2. ____________________________________________________________________</w:t>
      </w:r>
    </w:p>
    <w:p>
      <w:r>
        <w:rPr>
          <w:b w:val="0"/>
          <w:sz w:val="20"/>
        </w:rPr>
        <w:t>3. ____________________________________________________________________</w:t>
      </w:r>
    </w:p>
    <w:p>
      <w:r>
        <w:rPr>
          <w:b w:val="0"/>
          <w:sz w:val="20"/>
        </w:rPr>
        <w:t>4. ____________________________________________________________________</w:t>
      </w:r>
    </w:p>
    <w:p>
      <w:r>
        <w:rPr>
          <w:b w:val="0"/>
          <w:sz w:val="20"/>
        </w:rPr>
        <w:t>5. ____________________________________________________________________</w:t>
      </w:r>
    </w:p>
    <w:p/>
    <w:p>
      <w:r>
        <w:rPr>
          <w:b/>
          <w:sz w:val="20"/>
        </w:rPr>
        <w:t>Legal Basis for Petition:</w:t>
      </w:r>
    </w:p>
    <w:p>
      <w:r>
        <w:rPr>
          <w:b w:val="0"/>
          <w:sz w:val="20"/>
        </w:rPr>
        <w:t>This petition is based on the following legal grounds, statutes, regulations, or contractual provisions that support the requested relief:</w:t>
      </w:r>
    </w:p>
    <w:p>
      <w:r>
        <w:rPr>
          <w:b w:val="0"/>
          <w:sz w:val="20"/>
        </w:rPr>
        <w:t>1. ____________________________________________________________________</w:t>
      </w:r>
    </w:p>
    <w:p>
      <w:r>
        <w:rPr>
          <w:b w:val="0"/>
          <w:sz w:val="20"/>
        </w:rPr>
        <w:t>2. ____________________________________________________________________</w:t>
      </w:r>
    </w:p>
    <w:p>
      <w:r>
        <w:rPr>
          <w:b w:val="0"/>
          <w:sz w:val="20"/>
        </w:rPr>
        <w:t>3. ____________________________________________________________________</w:t>
      </w:r>
    </w:p>
    <w:p/>
    <w:p>
      <w:r>
        <w:rPr>
          <w:b/>
          <w:sz w:val="20"/>
        </w:rPr>
        <w:t>Requested Relief:</w:t>
      </w:r>
    </w:p>
    <w:p>
      <w:r>
        <w:rPr>
          <w:b w:val="0"/>
          <w:sz w:val="20"/>
        </w:rPr>
        <w:t>The petitioner respectfully requests that the following relief be granted:</w:t>
      </w:r>
    </w:p>
    <w:p>
      <w:r>
        <w:rPr>
          <w:b w:val="0"/>
          <w:sz w:val="20"/>
        </w:rPr>
        <w:t>1. ____________________________________________________________________</w:t>
      </w:r>
    </w:p>
    <w:p>
      <w:r>
        <w:rPr>
          <w:b w:val="0"/>
          <w:sz w:val="20"/>
        </w:rPr>
        <w:t>2. ____________________________________________________________________</w:t>
      </w:r>
    </w:p>
    <w:p>
      <w:r>
        <w:rPr>
          <w:b w:val="0"/>
          <w:sz w:val="20"/>
        </w:rPr>
        <w:t>3. ____________________________________________________________________</w:t>
      </w:r>
    </w:p>
    <w:p>
      <w:r>
        <w:rPr>
          <w:b w:val="0"/>
          <w:sz w:val="20"/>
        </w:rPr>
        <w:t>4. ____________________________________________________________________</w:t>
      </w:r>
    </w:p>
    <w:p/>
    <w:p>
      <w:r>
        <w:rPr>
          <w:b/>
          <w:sz w:val="20"/>
        </w:rPr>
        <w:t>Supporting Documents:</w:t>
      </w:r>
    </w:p>
    <w:p>
      <w:r>
        <w:rPr>
          <w:b w:val="0"/>
          <w:sz w:val="20"/>
        </w:rPr>
        <w:t>The petitioner attaches the following documents in support of this petition:</w:t>
      </w:r>
    </w:p>
    <w:p>
      <w:r>
        <w:rPr>
          <w:b w:val="0"/>
          <w:sz w:val="20"/>
        </w:rPr>
        <w:t>1. ____________________________________________________________________</w:t>
      </w:r>
    </w:p>
    <w:p>
      <w:r>
        <w:rPr>
          <w:b w:val="0"/>
          <w:sz w:val="20"/>
        </w:rPr>
        <w:t>2. ____________________________________________________________________</w:t>
      </w:r>
    </w:p>
    <w:p>
      <w:r>
        <w:rPr>
          <w:b w:val="0"/>
          <w:sz w:val="20"/>
        </w:rPr>
        <w:t>3. ____________________________________________________________________</w:t>
      </w:r>
    </w:p>
    <w:p/>
    <w:p>
      <w:r>
        <w:rPr>
          <w:b/>
          <w:sz w:val="20"/>
        </w:rPr>
        <w:t>Declaration:</w:t>
      </w:r>
    </w:p>
    <w:p>
      <w:r>
        <w:rPr>
          <w:b w:val="0"/>
          <w:sz w:val="20"/>
        </w:rPr>
        <w:t>I declare under penalty of perjury under the laws of the United States of America that the foregoing is true and correct to the best of my knowledge, information, and belief.</w:t>
      </w:r>
    </w:p>
    <w:p/>
    <w:p/>
    <w:p>
      <w:r>
        <w:rPr>
          <w:b w:val="0"/>
          <w:sz w:val="20"/>
        </w:rPr>
        <w:t>Thank you for your consideration of this petition. I look forward to a prompt and favorable response.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Petitioner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_____________________________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p>
        </w:tc>
      </w:tr>
    </w:tbl>
    <w:p/>
    <w:p/>
    <w:p>
      <w:r>
        <w:rPr>
          <w:b/>
          <w:sz w:val="20"/>
        </w:rPr>
        <w:t>Petitioner's Contact Information for Correspondence:</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https://lettertemplate-us.com/petition-letter/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peti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