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PROMOTION LETTER</w:t>
      </w:r>
    </w:p>
    <w:p/>
    <w:p/>
    <w:p>
      <w:r>
        <w:rPr>
          <w:b w:val="0"/>
          <w:sz w:val="20"/>
        </w:rPr>
        <w:t>Company Name: ________________________________________________</w:t>
      </w:r>
    </w:p>
    <w:p>
      <w:r>
        <w:rPr>
          <w:b w:val="0"/>
          <w:sz w:val="20"/>
        </w:rPr>
        <w:t>Company Address: ______________________________________________</w:t>
      </w:r>
    </w:p>
    <w:p>
      <w:r>
        <w:rPr>
          <w:b w:val="0"/>
          <w:sz w:val="20"/>
        </w:rPr>
        <w:t>City, State, Zip Code: _________________________________________</w:t>
      </w:r>
    </w:p>
    <w:p>
      <w:r>
        <w:rPr>
          <w:b w:val="0"/>
          <w:sz w:val="20"/>
        </w:rPr>
        <w:t>Phone Number: ________________________________________________</w:t>
      </w:r>
    </w:p>
    <w:p/>
    <w:p/>
    <w:p>
      <w:r>
        <w:rPr>
          <w:b w:val="0"/>
          <w:sz w:val="20"/>
        </w:rPr>
        <w:t>Employee Name: _______________________________________________</w:t>
      </w:r>
    </w:p>
    <w:p>
      <w:r>
        <w:rPr>
          <w:b w:val="0"/>
          <w:sz w:val="20"/>
        </w:rPr>
        <w:t>Employee Job Title: ____________________________________________</w:t>
      </w:r>
    </w:p>
    <w:p>
      <w:r>
        <w:rPr>
          <w:b w:val="0"/>
          <w:sz w:val="20"/>
        </w:rPr>
        <w:t>Department: _________________________________________________</w:t>
      </w:r>
    </w:p>
    <w:p>
      <w:r>
        <w:rPr>
          <w:b w:val="0"/>
          <w:sz w:val="20"/>
        </w:rPr>
        <w:t>Employee ID: _________________________________________________</w:t>
      </w:r>
    </w:p>
    <w:p/>
    <w:p/>
    <w:p>
      <w:r>
        <w:rPr>
          <w:b w:val="0"/>
          <w:sz w:val="20"/>
        </w:rPr>
        <w:t>Dear ____________________________________,</w:t>
      </w:r>
    </w:p>
    <w:p/>
    <w:p>
      <w:r>
        <w:rPr>
          <w:b w:val="0"/>
          <w:sz w:val="20"/>
        </w:rPr>
        <w:t>We are pleased to inform you of your promotion within our organization. This letter serves as a formal notification of the change in your employment status, effective immediately upon acknowledgment and acceptance of the terms herein.</w:t>
      </w:r>
    </w:p>
    <w:p/>
    <w:p>
      <w:r>
        <w:rPr>
          <w:b/>
          <w:sz w:val="22"/>
        </w:rPr>
        <w:t>1. Promotion Details</w:t>
      </w:r>
    </w:p>
    <w:p>
      <w:r>
        <w:rPr>
          <w:b w:val="0"/>
          <w:sz w:val="20"/>
        </w:rPr>
        <w:t>Position Title: ________________________________________________</w:t>
      </w:r>
    </w:p>
    <w:p>
      <w:r>
        <w:rPr>
          <w:b w:val="0"/>
          <w:sz w:val="20"/>
        </w:rPr>
        <w:t>New Department (if applicable): __________________________________</w:t>
      </w:r>
    </w:p>
    <w:p>
      <w:r>
        <w:rPr>
          <w:b w:val="0"/>
          <w:sz w:val="20"/>
        </w:rPr>
        <w:t>Reporting To: _________________________________________________</w:t>
      </w:r>
    </w:p>
    <w:p>
      <w:r>
        <w:rPr>
          <w:b w:val="0"/>
          <w:sz w:val="20"/>
        </w:rPr>
        <w:t>Effective Date of Promotion: ___________________________________</w:t>
      </w:r>
    </w:p>
    <w:p/>
    <w:p>
      <w:r>
        <w:rPr>
          <w:b/>
          <w:sz w:val="22"/>
        </w:rPr>
        <w:t>2. Compensation</w:t>
      </w:r>
    </w:p>
    <w:p>
      <w:r>
        <w:rPr>
          <w:b w:val="0"/>
          <w:sz w:val="20"/>
        </w:rPr>
        <w:t>Your new salary will be $________________ per ________________ (e.g., year, month, hour), paid in accordance with the company’s standard payroll practices.</w:t>
      </w:r>
    </w:p>
    <w:p>
      <w:r>
        <w:rPr>
          <w:b w:val="0"/>
          <w:sz w:val="20"/>
        </w:rPr>
        <w:t>Any bonus eligibility, commission, or incentive plans applicable to your new position will be communicated separately and are subject to the terms and conditions of those plans.</w:t>
      </w:r>
    </w:p>
    <w:p/>
    <w:p>
      <w:r>
        <w:rPr>
          <w:b/>
          <w:sz w:val="22"/>
        </w:rPr>
        <w:t>3. Job Responsibilities</w:t>
      </w:r>
    </w:p>
    <w:p>
      <w:r>
        <w:rPr>
          <w:b w:val="0"/>
          <w:sz w:val="20"/>
        </w:rPr>
        <w:t>Your job responsibilities will be updated to reflect the requirements and expectations of your new position. A detailed job description will be provided to you separately. You are expected to perform all duties to the best of your abilities and in compliance with company policies and applicable laws.</w:t>
      </w:r>
    </w:p>
    <w:p/>
    <w:p>
      <w:r>
        <w:rPr>
          <w:b/>
          <w:sz w:val="22"/>
        </w:rPr>
        <w:t>4. Employment Conditions</w:t>
      </w:r>
    </w:p>
    <w:p>
      <w:r>
        <w:rPr>
          <w:b w:val="0"/>
          <w:sz w:val="20"/>
        </w:rPr>
        <w:t>Your employment remains at-will, meaning either you or the Company may terminate the employment relationship at any time, with or without cause or notice, subject to applicable laws.</w:t>
      </w:r>
    </w:p>
    <w:p>
      <w:r>
        <w:rPr>
          <w:b w:val="0"/>
          <w:sz w:val="20"/>
        </w:rPr>
        <w:t>All terms and conditions of your original employment agreement remain in effect unless expressly modified by this letter.</w:t>
      </w:r>
    </w:p>
    <w:p/>
    <w:p>
      <w:r>
        <w:rPr>
          <w:b/>
          <w:sz w:val="22"/>
        </w:rPr>
        <w:t>5. Expectations and Performance</w:t>
      </w:r>
    </w:p>
    <w:p>
      <w:r>
        <w:rPr>
          <w:b w:val="0"/>
          <w:sz w:val="20"/>
        </w:rPr>
        <w:t>As you transition into your new role, it is expected that you will maintain a high level of professionalism and adhere to all company policies, procedures, and ethical standards.</w:t>
      </w:r>
    </w:p>
    <w:p>
      <w:r>
        <w:rPr>
          <w:b w:val="0"/>
          <w:sz w:val="20"/>
        </w:rPr>
        <w:t>Performance evaluations will be conducted periodically to assess your progress and contributions in the new role.</w:t>
      </w:r>
    </w:p>
    <w:p/>
    <w:p>
      <w:r>
        <w:rPr>
          <w:b/>
          <w:sz w:val="22"/>
        </w:rPr>
        <w:t>6. Confidentiality and Non-Disclosure</w:t>
      </w:r>
    </w:p>
    <w:p>
      <w:r>
        <w:rPr>
          <w:b w:val="0"/>
          <w:sz w:val="20"/>
        </w:rPr>
        <w:t>You acknowledge and agree to continue abiding by all confidentiality, non-disclosure, and intellectual property agreements previously entered into with the Company.</w:t>
      </w:r>
    </w:p>
    <w:p>
      <w:r>
        <w:rPr>
          <w:b w:val="0"/>
          <w:sz w:val="20"/>
        </w:rPr>
        <w:t>Unauthorized disclosure or use of confidential information may result in disciplinary action, up to and including termination and legal remedies.</w:t>
      </w:r>
    </w:p>
    <w:p/>
    <w:p>
      <w:r>
        <w:rPr>
          <w:b/>
          <w:sz w:val="22"/>
        </w:rPr>
        <w:t>7. Compliance with Laws and Policies</w:t>
      </w:r>
    </w:p>
    <w:p>
      <w:r>
        <w:rPr>
          <w:b w:val="0"/>
          <w:sz w:val="20"/>
        </w:rPr>
        <w:t>You agree to comply with all applicable federal, state, and local laws, as well as all Company policies, rules, and guidelines as they may be amended from time to time.</w:t>
      </w:r>
    </w:p>
    <w:p/>
    <w:p>
      <w:r>
        <w:rPr>
          <w:b/>
          <w:sz w:val="22"/>
        </w:rPr>
        <w:t>8. Acceptance of Promotion</w:t>
      </w:r>
    </w:p>
    <w:p>
      <w:r>
        <w:rPr>
          <w:b w:val="0"/>
          <w:sz w:val="20"/>
        </w:rPr>
        <w:t>Please indicate your acceptance of this promotion by signing and returning a copy of this letter to the Human Resources Department within ________ business days.</w:t>
      </w:r>
    </w:p>
    <w:p/>
    <w:p>
      <w:r>
        <w:rPr>
          <w:b w:val="0"/>
          <w:sz w:val="20"/>
        </w:rPr>
        <w:t>We thank you for your continued dedication and contributions to the Company and look forward to your success in your new role.</w:t>
      </w:r>
    </w:p>
    <w:p/>
    <w:p/>
    <w:p>
      <w:r>
        <w:rPr>
          <w:b w:val="0"/>
          <w:sz w:val="20"/>
        </w:rPr>
        <w:t>Sincerely,</w:t>
      </w:r>
    </w:p>
    <w:p/>
    <w:p/>
    <w:p/>
    <w:p>
      <w:r>
        <w:rPr>
          <w:b w:val="0"/>
          <w:sz w:val="20"/>
        </w:rPr>
        <w:t>______________________________</w:t>
      </w:r>
    </w:p>
    <w:p>
      <w:r>
        <w:rPr>
          <w:b w:val="0"/>
          <w:sz w:val="20"/>
        </w:rPr>
        <w:t>Authorized Company Representative</w:t>
      </w:r>
    </w:p>
    <w:p>
      <w:r>
        <w:rPr>
          <w:b w:val="0"/>
          <w:sz w:val="20"/>
        </w:rPr>
        <w:t>Title: _____________________________________</w:t>
      </w:r>
    </w:p>
    <w:p>
      <w:r>
        <w:rPr>
          <w:b w:val="0"/>
          <w:sz w:val="20"/>
        </w:rPr>
        <w:t>Date: _____________________________________</w:t>
      </w:r>
    </w:p>
    <w:p/>
    <w:p/>
    <w:p/>
    <w:p>
      <w:r>
        <w:rPr>
          <w:b/>
          <w:sz w:val="22"/>
        </w:rPr>
        <w:t>Employee Acknowledgment and Acceptance</w:t>
      </w:r>
    </w:p>
    <w:p>
      <w:r>
        <w:rPr>
          <w:b w:val="0"/>
          <w:sz w:val="20"/>
        </w:rPr>
        <w:t>I, the undersigned, acknowledge that I have read, understand, and accept the terms and conditions of this promotion as stated above.</w:t>
      </w:r>
    </w:p>
    <w:p/>
    <w:p/>
    <w:p/>
    <w:p>
      <w:r>
        <w:rPr>
          <w:b w:val="0"/>
          <w:sz w:val="20"/>
        </w:rPr>
        <w:t>______________________________</w:t>
      </w:r>
    </w:p>
    <w:p>
      <w:r>
        <w:rPr>
          <w:b w:val="0"/>
          <w:sz w:val="20"/>
        </w:rPr>
        <w:t>Employee Signature</w:t>
      </w:r>
    </w:p>
    <w:p>
      <w:r>
        <w:rPr>
          <w:b w:val="0"/>
          <w:sz w:val="20"/>
        </w:rPr>
        <w:t>Date: 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Company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https://lettertemplate-us.com/promotion-letter-shrm/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romotion-letter-shrm/"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