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PROOF OF DEBT LETTER</w:t>
      </w:r>
    </w:p>
    <w:p/>
    <w:p>
      <w:r>
        <w:rPr>
          <w:b w:val="0"/>
          <w:sz w:val="20"/>
        </w:rPr>
        <w:t>To Whom It May Concern:</w:t>
      </w:r>
    </w:p>
    <w:p/>
    <w:p>
      <w:r>
        <w:rPr>
          <w:b w:val="0"/>
          <w:sz w:val="20"/>
        </w:rPr>
        <w:t>This letter serves as formal proof of debt owed by the Debtor to the Creditor as detailed below. This document is intended to acknowledge the existence, validity, and enforceability of the debt under applicable United States law.</w:t>
      </w:r>
    </w:p>
    <w:p/>
    <w:p/>
    <w:p>
      <w:r>
        <w:rPr>
          <w:b/>
          <w:sz w:val="20"/>
        </w:rPr>
        <w:t>Creditor Information:</w:t>
      </w:r>
    </w:p>
    <w:p>
      <w:r>
        <w:rPr>
          <w:b w:val="0"/>
          <w:sz w:val="20"/>
        </w:rPr>
        <w:t>Full Name / Entity Name: 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Debtor Information:</w:t>
      </w:r>
    </w:p>
    <w:p>
      <w:r>
        <w:rPr>
          <w:b w:val="0"/>
          <w:sz w:val="20"/>
        </w:rPr>
        <w:t>Full Name / Entity Name: 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Debt Details:</w:t>
      </w:r>
    </w:p>
    <w:p>
      <w:r>
        <w:rPr>
          <w:b w:val="0"/>
          <w:sz w:val="20"/>
        </w:rPr>
        <w:t>Principal Amount Owed: $_________________________ USD</w:t>
      </w:r>
    </w:p>
    <w:p>
      <w:r>
        <w:rPr>
          <w:b w:val="0"/>
          <w:sz w:val="20"/>
        </w:rPr>
        <w:t>Description of Debt: ___________________________________________________</w:t>
      </w:r>
    </w:p>
    <w:p>
      <w:r>
        <w:rPr>
          <w:b w:val="0"/>
          <w:sz w:val="20"/>
        </w:rPr>
        <w:t>_______________________________________________________________________</w:t>
      </w:r>
    </w:p>
    <w:p>
      <w:r>
        <w:rPr>
          <w:b w:val="0"/>
          <w:sz w:val="20"/>
        </w:rPr>
        <w:t>Date Debt Incurred: _________________________________________________</w:t>
      </w:r>
    </w:p>
    <w:p>
      <w:r>
        <w:rPr>
          <w:b w:val="0"/>
          <w:sz w:val="20"/>
        </w:rPr>
        <w:t>Outstanding Balance: $_________________________ USD</w:t>
      </w:r>
    </w:p>
    <w:p/>
    <w:p>
      <w:r>
        <w:rPr>
          <w:b/>
          <w:sz w:val="20"/>
        </w:rPr>
        <w:t>Payment Terms:</w:t>
      </w:r>
    </w:p>
    <w:p>
      <w:r>
        <w:rPr>
          <w:b w:val="0"/>
          <w:sz w:val="20"/>
        </w:rPr>
        <w:t>The Debtor acknowledges the full and unconditional obligation to repay the debt described herein.</w:t>
      </w:r>
    </w:p>
    <w:p>
      <w:r>
        <w:rPr>
          <w:b w:val="0"/>
          <w:sz w:val="20"/>
        </w:rPr>
        <w:t>Repayment Schedule (if applicable): ____________________________________</w:t>
      </w:r>
    </w:p>
    <w:p>
      <w:r>
        <w:rPr>
          <w:b w:val="0"/>
          <w:sz w:val="20"/>
        </w:rPr>
        <w:t>_______________________________________________________________________</w:t>
      </w:r>
    </w:p>
    <w:p>
      <w:r>
        <w:rPr>
          <w:b w:val="0"/>
          <w:sz w:val="20"/>
        </w:rPr>
        <w:t>Accepted Methods of Payment: __________________________________________</w:t>
      </w:r>
    </w:p>
    <w:p/>
    <w:p>
      <w:r>
        <w:rPr>
          <w:b/>
          <w:sz w:val="20"/>
        </w:rPr>
        <w:t>Representations and Warranties:</w:t>
      </w:r>
    </w:p>
    <w:p>
      <w:r>
        <w:rPr>
          <w:b w:val="0"/>
          <w:sz w:val="20"/>
        </w:rPr>
        <w:t>1. The Creditor affirms that the debt is legitimate, enforceable, and not subject to any defense, setoff, or counterclaim by the Debtor.</w:t>
      </w:r>
    </w:p>
    <w:p>
      <w:r>
        <w:rPr>
          <w:b w:val="0"/>
          <w:sz w:val="20"/>
        </w:rPr>
        <w:t>2. The Debtor acknowledges the indebtedness and agrees to satisfy the debt according to the agreed terms.</w:t>
      </w:r>
    </w:p>
    <w:p>
      <w:r>
        <w:rPr>
          <w:b w:val="0"/>
          <w:sz w:val="20"/>
        </w:rPr>
        <w:t>3. Both parties affirm that there is no current litigation or dispute regarding the validity or amount of the debt.</w:t>
      </w:r>
    </w:p>
    <w:p/>
    <w:p>
      <w:r>
        <w:rPr>
          <w:b/>
          <w:sz w:val="20"/>
        </w:rPr>
        <w:t>Governing Law and Jurisdiction:</w:t>
      </w:r>
    </w:p>
    <w:p>
      <w:r>
        <w:rPr>
          <w:b w:val="0"/>
          <w:sz w:val="20"/>
        </w:rPr>
        <w:t>This Proof of Debt Letter and any related agreements shall be governed by and construed in accordance with the laws of the United States and the State of _______________________.</w:t>
      </w:r>
    </w:p>
    <w:p>
      <w:r>
        <w:rPr>
          <w:b w:val="0"/>
          <w:sz w:val="20"/>
        </w:rPr>
        <w:t>Any disputes arising from or related to this debt shall be subject to the exclusive jurisdiction of the courts located in _______________________.</w:t>
      </w:r>
    </w:p>
    <w:p/>
    <w:p>
      <w:r>
        <w:rPr>
          <w:b/>
          <w:sz w:val="20"/>
        </w:rPr>
        <w:t>Miscellaneous:</w:t>
      </w:r>
    </w:p>
    <w:p>
      <w:r>
        <w:rPr>
          <w:b w:val="0"/>
          <w:sz w:val="20"/>
        </w:rPr>
        <w:t>1. This letter constitutes the entire understanding between the parties concerning the debt and supersedes all prior oral or written communications.</w:t>
      </w:r>
    </w:p>
    <w:p>
      <w:r>
        <w:rPr>
          <w:b w:val="0"/>
          <w:sz w:val="20"/>
        </w:rPr>
        <w:t>2. Amendments or modifications to this letter must be in writing and signed by both parties.</w:t>
      </w:r>
    </w:p>
    <w:p>
      <w:r>
        <w:rPr>
          <w:b w:val="0"/>
          <w:sz w:val="20"/>
        </w:rPr>
        <w:t>3. If any provision of this letter is determined to be unenforceable, the remaining provisions shall remain in full force and effect.</w:t>
      </w:r>
    </w:p>
    <w:p/>
    <w:p>
      <w:r>
        <w:rPr>
          <w:b/>
          <w:sz w:val="20"/>
        </w:rPr>
        <w:t>Acknowledgment:</w:t>
      </w:r>
    </w:p>
    <w:p>
      <w:r>
        <w:rPr>
          <w:b w:val="0"/>
          <w:sz w:val="20"/>
        </w:rPr>
        <w:t>By signing below, the parties acknowledge and agree to the terms and conditions set forth in this Proof of Debt Letter.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CREDITOR</w:t>
            </w:r>
          </w:p>
        </w:tc>
        <w:tc>
          <w:tcPr>
            <w:tcW w:type="dxa" w:w="4986"/>
            <w:tcBorders>
              <w:top w:val="nil"/>
              <w:left w:val="nil"/>
              <w:bottom w:val="nil"/>
              <w:right w:val="nil"/>
              <w:insideH w:val="nil"/>
              <w:insideV w:val="nil"/>
            </w:tcBorders>
          </w:tcPr>
          <w:p>
            <w:pPr>
              <w:jc w:val="center"/>
            </w:pPr>
            <w:r>
              <w:t>DEBTOR</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Printed Name and Title: _______________________</w:t>
            </w:r>
          </w:p>
        </w:tc>
        <w:tc>
          <w:tcPr>
            <w:tcW w:type="dxa" w:w="4986"/>
            <w:tcBorders>
              <w:top w:val="nil"/>
              <w:left w:val="nil"/>
              <w:bottom w:val="nil"/>
              <w:right w:val="nil"/>
              <w:insideH w:val="nil"/>
              <w:insideV w:val="nil"/>
            </w:tcBorders>
          </w:tcPr>
          <w:p>
            <w:pPr>
              <w:jc w:val="center"/>
            </w:pPr>
            <w:r>
              <w:t>Printed Name and Title: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https://lettertemplate-us.com/proof-of-debt-letter/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proof-of-deb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