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REBUTTAL LETTER</w:t>
      </w:r>
    </w:p>
    <w:p/>
    <w:p/>
    <w:p>
      <w:r>
        <w:rPr>
          <w:b/>
          <w:sz w:val="20"/>
        </w:rPr>
        <w:t>To:</w:t>
      </w:r>
    </w:p>
    <w:p>
      <w:r>
        <w:rPr>
          <w:b w:val="0"/>
          <w:sz w:val="20"/>
        </w:rPr>
        <w:t>Name: ________________________________________________________________</w:t>
      </w:r>
    </w:p>
    <w:p>
      <w:r>
        <w:rPr>
          <w:b w:val="0"/>
          <w:sz w:val="20"/>
        </w:rPr>
        <w:t>Title/Position: _______________________________________________________</w:t>
      </w:r>
    </w:p>
    <w:p>
      <w:r>
        <w:rPr>
          <w:b w:val="0"/>
          <w:sz w:val="20"/>
        </w:rPr>
        <w:t>Company/Organization: ________________________________________________</w:t>
      </w:r>
    </w:p>
    <w:p>
      <w:r>
        <w:rPr>
          <w:b w:val="0"/>
          <w:sz w:val="20"/>
        </w:rPr>
        <w:t>Address: _____________________________________________________________</w:t>
      </w:r>
    </w:p>
    <w:p>
      <w:r>
        <w:rPr>
          <w:b w:val="0"/>
          <w:sz w:val="20"/>
        </w:rPr>
        <w:t>City, State, Zip Code: _______________________________________________</w:t>
      </w:r>
    </w:p>
    <w:p/>
    <w:p/>
    <w:p>
      <w:r>
        <w:rPr>
          <w:b/>
          <w:sz w:val="20"/>
        </w:rPr>
        <w:t>From:</w:t>
      </w:r>
    </w:p>
    <w:p>
      <w:r>
        <w:rPr>
          <w:b w:val="0"/>
          <w:sz w:val="20"/>
        </w:rPr>
        <w:t>Name: ________________________________________________________________</w:t>
      </w:r>
    </w:p>
    <w:p>
      <w:r>
        <w:rPr>
          <w:b w:val="0"/>
          <w:sz w:val="20"/>
        </w:rPr>
        <w:t>Title/Position: _______________________________________________________</w:t>
      </w:r>
    </w:p>
    <w:p>
      <w:r>
        <w:rPr>
          <w:b w:val="0"/>
          <w:sz w:val="20"/>
        </w:rPr>
        <w:t>Company/Organization: ________________________________________________</w:t>
      </w:r>
    </w:p>
    <w:p>
      <w:r>
        <w:rPr>
          <w:b w:val="0"/>
          <w:sz w:val="20"/>
        </w:rPr>
        <w:t>Address: _____________________________________________________________</w:t>
      </w:r>
    </w:p>
    <w:p>
      <w:r>
        <w:rPr>
          <w:b w:val="0"/>
          <w:sz w:val="20"/>
        </w:rPr>
        <w:t>City, State, Zip Code: _______________________________________________</w:t>
      </w:r>
    </w:p>
    <w:p/>
    <w:p/>
    <w:p>
      <w:r>
        <w:rPr>
          <w:b/>
          <w:sz w:val="20"/>
        </w:rPr>
        <w:t>Subject:</w:t>
      </w:r>
    </w:p>
    <w:p>
      <w:r>
        <w:rPr>
          <w:b/>
          <w:sz w:val="20"/>
        </w:rPr>
        <w:t>Rebuttal to Allegations / Claims / Notice</w:t>
      </w:r>
    </w:p>
    <w:p/>
    <w:p/>
    <w:p>
      <w:r>
        <w:rPr>
          <w:b w:val="0"/>
          <w:sz w:val="20"/>
        </w:rPr>
        <w:t>Dear Sir or Madam,</w:t>
      </w:r>
    </w:p>
    <w:p/>
    <w:p>
      <w:r>
        <w:rPr>
          <w:b w:val="0"/>
          <w:sz w:val="20"/>
        </w:rPr>
        <w:t>This letter serves as a formal rebuttal to the allegations and claims presented in your correspondence. After careful review of the facts and relevant documents, we respectfully contest the assertions made and present the following clarifications and defenses in accordance with applicable United States law.</w:t>
      </w:r>
    </w:p>
    <w:p/>
    <w:p>
      <w:r>
        <w:rPr>
          <w:b/>
          <w:sz w:val="22"/>
        </w:rPr>
        <w:t>1. Background and Summary of Dispute</w:t>
      </w:r>
    </w:p>
    <w:p>
      <w:r>
        <w:rPr>
          <w:b w:val="0"/>
          <w:sz w:val="20"/>
        </w:rPr>
        <w:t>Provide a concise and factual summary of the circumstances leading to the dispute or claim, including dates, actions taken, and any prior communications. Clearly state your understanding of the issues raised and the context of your response.</w:t>
      </w:r>
    </w:p>
    <w:p/>
    <w:p>
      <w:r>
        <w:rPr>
          <w:b/>
          <w:sz w:val="22"/>
        </w:rPr>
        <w:t>2. Statement of Facts</w:t>
      </w:r>
    </w:p>
    <w:p>
      <w:r>
        <w:rPr>
          <w:b w:val="0"/>
          <w:sz w:val="20"/>
        </w:rPr>
        <w:t>Detail all relevant facts as you understand them, supported by any evidence or documentation available. This section should be factual, clear, and objective to establish a solid foundation for your rebuttal.</w:t>
      </w:r>
    </w:p>
    <w:p/>
    <w:p>
      <w:r>
        <w:rPr>
          <w:b/>
          <w:sz w:val="22"/>
        </w:rPr>
        <w:t>3. Rebuttal of Specific Allegations</w:t>
      </w:r>
    </w:p>
    <w:p>
      <w:r>
        <w:rPr>
          <w:b w:val="0"/>
          <w:sz w:val="20"/>
        </w:rPr>
        <w:t>Address each allegation or claim specifically and separately. For each point, provide your response, including any contradictions, inaccuracies, or misunderstandings. Cite evidence, contractual provisions, or legal authority where applicable.</w:t>
      </w:r>
    </w:p>
    <w:p>
      <w:r>
        <w:rPr>
          <w:b w:val="0"/>
          <w:sz w:val="20"/>
        </w:rPr>
        <w:t>Example format:</w:t>
      </w:r>
    </w:p>
    <w:p>
      <w:r>
        <w:rPr>
          <w:b w:val="0"/>
          <w:sz w:val="20"/>
        </w:rPr>
        <w:t>a) Allegation: __________________________________________________________</w:t>
      </w:r>
    </w:p>
    <w:p>
      <w:r>
        <w:rPr>
          <w:b w:val="0"/>
          <w:sz w:val="20"/>
        </w:rPr>
        <w:t xml:space="preserve">   Rebuttal: ____________________________________________________________</w:t>
      </w:r>
    </w:p>
    <w:p>
      <w:r>
        <w:rPr>
          <w:b w:val="0"/>
          <w:sz w:val="20"/>
        </w:rPr>
        <w:t>b) Allegation: __________________________________________________________</w:t>
      </w:r>
    </w:p>
    <w:p>
      <w:r>
        <w:rPr>
          <w:b w:val="0"/>
          <w:sz w:val="20"/>
        </w:rPr>
        <w:t xml:space="preserve">   Rebuttal: ____________________________________________________________</w:t>
      </w:r>
    </w:p>
    <w:p/>
    <w:p>
      <w:r>
        <w:rPr>
          <w:b/>
          <w:sz w:val="22"/>
        </w:rPr>
        <w:t>4. Legal Basis and References</w:t>
      </w:r>
    </w:p>
    <w:p>
      <w:r>
        <w:rPr>
          <w:b w:val="0"/>
          <w:sz w:val="20"/>
        </w:rPr>
        <w:t>Explain the legal principles, statutes, regulations, or case law that support your position. Reference any contractual clauses or policies governing the matter. This section reinforces the enforceability and validity of your rebuttal under United States law.</w:t>
      </w:r>
    </w:p>
    <w:p/>
    <w:p>
      <w:r>
        <w:rPr>
          <w:b/>
          <w:sz w:val="22"/>
        </w:rPr>
        <w:t>5. Request for Resolution</w:t>
      </w:r>
    </w:p>
    <w:p>
      <w:r>
        <w:rPr>
          <w:b w:val="0"/>
          <w:sz w:val="20"/>
        </w:rPr>
        <w:t>State clearly what outcome or resolution you seek. This may include withdrawal of claims, correction of records, dismissal of proceedings, or other remedies.</w:t>
      </w:r>
    </w:p>
    <w:p/>
    <w:p>
      <w:r>
        <w:rPr>
          <w:b/>
          <w:sz w:val="22"/>
        </w:rPr>
        <w:t>6. Reservation of Rights</w:t>
      </w:r>
    </w:p>
    <w:p>
      <w:r>
        <w:rPr>
          <w:b w:val="0"/>
          <w:sz w:val="20"/>
        </w:rPr>
        <w:t>Include a statement reserving all rights, remedies, and defenses available under law, contract, or equity. This ensures that your rebuttal does not waive any claims or defenses.</w:t>
      </w:r>
    </w:p>
    <w:p/>
    <w:p>
      <w:r>
        <w:rPr>
          <w:b w:val="0"/>
          <w:sz w:val="20"/>
        </w:rPr>
        <w:t>We trust that this rebuttal clarifies our position and resolves any misunderstandings. Please do not hesitate to contact us should you require further information or wish to discuss this matter in good faith.</w:t>
      </w:r>
    </w:p>
    <w:p/>
    <w:p/>
    <w:p>
      <w:r>
        <w:rPr>
          <w:b w:val="0"/>
          <w:sz w:val="20"/>
        </w:rPr>
        <w:t>Sincerely,</w:t>
      </w:r>
    </w:p>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Sender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w:t>
            </w:r>
          </w:p>
        </w:tc>
        <w:tc>
          <w:tcPr>
            <w:tcW w:type="dxa" w:w="4986"/>
            <w:tcBorders>
              <w:top w:val="nil"/>
              <w:left w:val="nil"/>
              <w:bottom w:val="nil"/>
              <w:right w:val="nil"/>
              <w:insideH w:val="nil"/>
              <w:insideV w:val="nil"/>
            </w:tcBorders>
          </w:tcPr>
          <w:p>
            <w:pPr>
              <w:jc w:val="center"/>
            </w:pPr>
            <w:r>
              <w:t>Name: ________________________________</w:t>
              <w:br/>
              <w:t>Title: _______________________________</w:t>
            </w:r>
          </w:p>
        </w:tc>
      </w:tr>
    </w:tbl>
    <w:p/>
    <w:p/>
    <w:p>
      <w:r>
        <w:rPr>
          <w:b/>
          <w:sz w:val="20"/>
        </w:rPr>
        <w:t>Attachments:</w:t>
      </w:r>
    </w:p>
    <w:p>
      <w:r>
        <w:rPr>
          <w:b w:val="0"/>
          <w:sz w:val="20"/>
        </w:rPr>
        <w:t>List and describe any documents or exhibits attached to this rebuttal letter that support the statements herein.</w:t>
      </w:r>
    </w:p>
    <w:p/>
    <w:p>
      <w:r>
        <w:br w:type="page"/>
      </w:r>
    </w:p>
    <w:p>
      <w:pPr>
        <w:jc w:val="center"/>
      </w:pPr>
      <w:r>
        <w:rPr>
          <w:color w:val="555555"/>
          <w:sz w:val="24"/>
        </w:rPr>
        <w:t>Original source of this document:</w:t>
      </w:r>
    </w:p>
    <w:p>
      <w:pPr>
        <w:jc w:val="center"/>
      </w:pPr>
      <w:hyperlink r:id="rId9">
        <w:r>
          <w:rPr>
            <w:color w:val="0000FF"/>
            <w:u w:val="single"/>
          </w:rPr>
          <w:t>https://lettertemplate-us.com/rebuttal-letter/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rebuttal-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