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REFERENCE LETTER FOR A FRIEND</w:t>
      </w:r>
    </w:p>
    <w:p/>
    <w:p/>
    <w:p>
      <w:r>
        <w:rPr>
          <w:b w:val="0"/>
          <w:sz w:val="20"/>
        </w:rPr>
        <w:t>To Whom It May Concern:</w:t>
      </w:r>
    </w:p>
    <w:p/>
    <w:p>
      <w:r>
        <w:rPr>
          <w:b w:val="0"/>
          <w:sz w:val="20"/>
        </w:rPr>
        <w:t>I am writing this reference letter on behalf of my friend, whose character and integrity I have had the privilege to know and observe over many years. It is with confidence and sincerity that I provide this letter to attest to their qualities and capabilities.</w:t>
      </w:r>
    </w:p>
    <w:p/>
    <w:p>
      <w:r>
        <w:rPr>
          <w:b/>
          <w:sz w:val="20"/>
        </w:rPr>
        <w:t>Friend’s Information:</w:t>
      </w:r>
    </w:p>
    <w:p>
      <w:r>
        <w:rPr>
          <w:b w:val="0"/>
          <w:sz w:val="20"/>
        </w:rPr>
        <w:t>Full Name: ________________________________________________________________</w:t>
      </w:r>
    </w:p>
    <w:p>
      <w:r>
        <w:rPr>
          <w:b w:val="0"/>
          <w:sz w:val="20"/>
        </w:rPr>
        <w:t>Relationship: ______________________________________________________________</w:t>
      </w:r>
    </w:p>
    <w:p>
      <w:r>
        <w:rPr>
          <w:b w:val="0"/>
          <w:sz w:val="20"/>
        </w:rPr>
        <w:t>Duration of Acquaintance: _________________________________________________</w:t>
      </w:r>
    </w:p>
    <w:p/>
    <w:p>
      <w:r>
        <w:rPr>
          <w:b/>
          <w:sz w:val="20"/>
        </w:rPr>
        <w:t>Character and Personal Qualities:</w:t>
      </w:r>
    </w:p>
    <w:p>
      <w:r>
        <w:rPr>
          <w:b w:val="0"/>
          <w:sz w:val="20"/>
        </w:rPr>
        <w:t>Throughout our acquaintance, I have found my friend to be a person of exemplary character. They demonstrate honesty, responsibility, and a strong work ethic in all aspects of life. Their interpersonal skills are excellent, marked by kindness, empathy, and effective communication. They consistently act with respect for others and uphold ethical standards.</w:t>
      </w:r>
    </w:p>
    <w:p/>
    <w:p>
      <w:r>
        <w:rPr>
          <w:b/>
          <w:sz w:val="20"/>
        </w:rPr>
        <w:t>Skills, Experience, and Achievements:</w:t>
      </w:r>
    </w:p>
    <w:p>
      <w:r>
        <w:rPr>
          <w:b w:val="0"/>
          <w:sz w:val="20"/>
        </w:rPr>
        <w:t>My friend possesses valuable skills and experience that make them well-qualified in their professional and personal endeavors. They exhibit diligence, reliability, and a commitment to continuous improvement. Their ability to work collaboratively and solve problems creatively has earned them respect among peers and colleagues.</w:t>
      </w:r>
    </w:p>
    <w:p/>
    <w:p>
      <w:r>
        <w:rPr>
          <w:b/>
          <w:sz w:val="20"/>
        </w:rPr>
        <w:t>Specific Examples: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Purpose of this Reference Letter:</w:t>
      </w:r>
    </w:p>
    <w:p>
      <w:r>
        <w:rPr>
          <w:b w:val="0"/>
          <w:sz w:val="20"/>
        </w:rPr>
        <w:t>This letter is provided to support my friend in any capacity they seek, whether professional, academic, or personal. It is intended to provide a truthful and favorable account of their character and abilities.</w:t>
      </w:r>
    </w:p>
    <w:p/>
    <w:p>
      <w:r>
        <w:rPr>
          <w:b/>
          <w:sz w:val="20"/>
        </w:rPr>
        <w:t>Legal Disclaimer:</w:t>
      </w:r>
    </w:p>
    <w:p>
      <w:r>
        <w:rPr>
          <w:b w:val="0"/>
          <w:sz w:val="20"/>
        </w:rPr>
        <w:t>This reference letter is given voluntarily and without any expectation of compensation or liability. The statements herein are truthful to the best of my knowledge and belief. This letter does not constitute a guarantee or warranty of future performance or conduct.</w:t>
      </w:r>
    </w:p>
    <w:p/>
    <w:p>
      <w:r>
        <w:rPr>
          <w:b/>
          <w:sz w:val="20"/>
        </w:rPr>
        <w:t>Closing Statement:</w:t>
      </w:r>
    </w:p>
    <w:p>
      <w:r>
        <w:rPr>
          <w:b w:val="0"/>
          <w:sz w:val="20"/>
        </w:rPr>
        <w:t>I am confident that my friend will continue to demonstrate the commendable qualities described above and make positive contributions in their future endeavors. Should you require any further information, please feel free to contact me.</w:t>
      </w:r>
    </w:p>
    <w:p/>
    <w:p/>
    <w:p>
      <w:r>
        <w:rPr>
          <w:b/>
          <w:sz w:val="20"/>
        </w:rPr>
        <w:t>Reference Provider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Reference Provider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https://lettertemplate-us.com/reference-letter-for-a-friend/</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reference-letter-for-a-friend/"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