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REPOSSESSION AUTHORIZATION LETTER</w:t>
      </w:r>
    </w:p>
    <w:p/>
    <w:p/>
    <w:p>
      <w:r>
        <w:rPr>
          <w:b/>
          <w:sz w:val="20"/>
        </w:rPr>
        <w:t>TO WHOM IT MAY CONCERN:</w:t>
      </w:r>
    </w:p>
    <w:p/>
    <w:p>
      <w:r>
        <w:rPr>
          <w:b w:val="0"/>
          <w:sz w:val="20"/>
        </w:rPr>
        <w:t>This letter authorizes the repossession of the property described below pursuant to the terms of the agreement between the undersigned parties. The undersigned creditor affirms that the debtor is in default under the terms of the agreement and hereby grants the authorized agent permission to take possession of the collateral as specified herein.</w:t>
      </w:r>
    </w:p>
    <w:p/>
    <w:p/>
    <w:p>
      <w:r>
        <w:rPr>
          <w:b/>
          <w:sz w:val="20"/>
        </w:rPr>
        <w:t>Creditor Information:</w:t>
      </w:r>
    </w:p>
    <w:p>
      <w:r>
        <w:rPr>
          <w:b w:val="0"/>
          <w:sz w:val="20"/>
        </w:rPr>
        <w:t>Full Legal Name: ____________________________________________________________</w:t>
      </w:r>
    </w:p>
    <w:p>
      <w:r>
        <w:rPr>
          <w:b w:val="0"/>
          <w:sz w:val="20"/>
        </w:rPr>
        <w:t>Address: _________________________________________________________________</w:t>
      </w:r>
    </w:p>
    <w:p>
      <w:r>
        <w:rPr>
          <w:b w:val="0"/>
          <w:sz w:val="20"/>
        </w:rPr>
        <w:t>City, State, Zip Code: _____________________________________________________</w:t>
      </w:r>
    </w:p>
    <w:p>
      <w:r>
        <w:rPr>
          <w:b w:val="0"/>
          <w:sz w:val="20"/>
        </w:rPr>
        <w:t>Phone Number: _____________________________________________________________</w:t>
      </w:r>
    </w:p>
    <w:p>
      <w:r>
        <w:rPr>
          <w:b w:val="0"/>
          <w:sz w:val="20"/>
        </w:rPr>
        <w:t>Email Address: _____________________________________________________________</w:t>
      </w:r>
    </w:p>
    <w:p/>
    <w:p>
      <w:r>
        <w:rPr>
          <w:b/>
          <w:sz w:val="20"/>
        </w:rPr>
        <w:t>Debtor Information:</w:t>
      </w:r>
    </w:p>
    <w:p>
      <w:r>
        <w:rPr>
          <w:b w:val="0"/>
          <w:sz w:val="20"/>
        </w:rPr>
        <w:t>Full Legal Name: ____________________________________________________________</w:t>
      </w:r>
    </w:p>
    <w:p>
      <w:r>
        <w:rPr>
          <w:b w:val="0"/>
          <w:sz w:val="20"/>
        </w:rPr>
        <w:t>Address: _________________________________________________________________</w:t>
      </w:r>
    </w:p>
    <w:p>
      <w:r>
        <w:rPr>
          <w:b w:val="0"/>
          <w:sz w:val="20"/>
        </w:rPr>
        <w:t>City, State, Zip Code: _____________________________________________________</w:t>
      </w:r>
    </w:p>
    <w:p>
      <w:r>
        <w:rPr>
          <w:b w:val="0"/>
          <w:sz w:val="20"/>
        </w:rPr>
        <w:t>Phone Number: _____________________________________________________________</w:t>
      </w:r>
    </w:p>
    <w:p>
      <w:r>
        <w:rPr>
          <w:b w:val="0"/>
          <w:sz w:val="20"/>
        </w:rPr>
        <w:t>Email Address: _____________________________________________________________</w:t>
      </w:r>
    </w:p>
    <w:p/>
    <w:p>
      <w:r>
        <w:rPr>
          <w:b/>
          <w:sz w:val="20"/>
        </w:rPr>
        <w:t>Authorized Agent Information:</w:t>
      </w:r>
    </w:p>
    <w:p>
      <w:r>
        <w:rPr>
          <w:b w:val="0"/>
          <w:sz w:val="20"/>
        </w:rPr>
        <w:t>Name or Company: __________________________________________________________</w:t>
      </w:r>
    </w:p>
    <w:p>
      <w:r>
        <w:rPr>
          <w:b w:val="0"/>
          <w:sz w:val="20"/>
        </w:rPr>
        <w:t>Address: _________________________________________________________________</w:t>
      </w:r>
    </w:p>
    <w:p>
      <w:r>
        <w:rPr>
          <w:b w:val="0"/>
          <w:sz w:val="20"/>
        </w:rPr>
        <w:t>City, State, Zip Code: _____________________________________________________</w:t>
      </w:r>
    </w:p>
    <w:p>
      <w:r>
        <w:rPr>
          <w:b w:val="0"/>
          <w:sz w:val="20"/>
        </w:rPr>
        <w:t>Phone Number: _____________________________________________________________</w:t>
      </w:r>
    </w:p>
    <w:p>
      <w:r>
        <w:rPr>
          <w:b w:val="0"/>
          <w:sz w:val="20"/>
        </w:rPr>
        <w:t>Email Address: _____________________________________________________________</w:t>
      </w:r>
    </w:p>
    <w:p/>
    <w:p>
      <w:r>
        <w:rPr>
          <w:b/>
          <w:sz w:val="20"/>
        </w:rPr>
        <w:t>Description of Property to be Repossessed:</w:t>
      </w:r>
    </w:p>
    <w:p>
      <w:r>
        <w:rPr>
          <w:b w:val="0"/>
          <w:sz w:val="20"/>
        </w:rPr>
        <w:t>Type of Property: ___________________________________________________________</w:t>
      </w:r>
    </w:p>
    <w:p>
      <w:r>
        <w:rPr>
          <w:b w:val="0"/>
          <w:sz w:val="20"/>
        </w:rPr>
        <w:t>Make / Model: _____________________________________________________________</w:t>
      </w:r>
    </w:p>
    <w:p>
      <w:r>
        <w:rPr>
          <w:b w:val="0"/>
          <w:sz w:val="20"/>
        </w:rPr>
        <w:t>Year: _______________________   Color: _____________________________________</w:t>
      </w:r>
    </w:p>
    <w:p>
      <w:r>
        <w:rPr>
          <w:b w:val="0"/>
          <w:sz w:val="20"/>
        </w:rPr>
        <w:t>VIN / Serial Number: _______________________________________________________</w:t>
      </w:r>
    </w:p>
    <w:p>
      <w:r>
        <w:rPr>
          <w:b w:val="0"/>
          <w:sz w:val="20"/>
        </w:rPr>
        <w:t>Title Number (if applicable): _______________________________________________</w:t>
      </w:r>
    </w:p>
    <w:p>
      <w:r>
        <w:rPr>
          <w:b w:val="0"/>
          <w:sz w:val="20"/>
        </w:rPr>
        <w:t>Location of Property (if known): ____________________________________________</w:t>
      </w:r>
    </w:p>
    <w:p/>
    <w:p>
      <w:r>
        <w:rPr>
          <w:b/>
          <w:sz w:val="20"/>
        </w:rPr>
        <w:t>Authorization:</w:t>
      </w:r>
    </w:p>
    <w:p>
      <w:r>
        <w:rPr>
          <w:b w:val="0"/>
          <w:sz w:val="20"/>
        </w:rPr>
        <w:t>The Creditor hereby authorizes the Authorized Agent to enter upon any premises where the property described above may be located, to take possession of said property, and to remove it from such premises in accordance with applicable federal, state, and local laws. The Authorized Agent is empowered to use reasonable force if necessary to repossess the property without breaching the peace.</w:t>
      </w:r>
    </w:p>
    <w:p/>
    <w:p>
      <w:r>
        <w:rPr>
          <w:b/>
          <w:sz w:val="20"/>
        </w:rPr>
        <w:t>Debtor Default and Waiver of Claims:</w:t>
      </w:r>
    </w:p>
    <w:p>
      <w:r>
        <w:rPr>
          <w:b w:val="0"/>
          <w:sz w:val="20"/>
        </w:rPr>
        <w:t>The Creditor affirms that the Debtor is in default under the terms of the loan or security agreement. The Creditor waives any claims against the Authorized Agent arising from the lawful repossession of the property pursuant to this authorization letter. The Creditor agrees to indemnify and hold harmless the Authorized Agent from any liability related to the repossession.</w:t>
      </w:r>
    </w:p>
    <w:p/>
    <w:p>
      <w:r>
        <w:rPr>
          <w:b/>
          <w:sz w:val="20"/>
        </w:rPr>
        <w:t>Compliance with Law:</w:t>
      </w:r>
    </w:p>
    <w:p>
      <w:r>
        <w:rPr>
          <w:b w:val="0"/>
          <w:sz w:val="20"/>
        </w:rPr>
        <w:t>All actions taken pursuant to this Repossession Authorization Letter shall comply fully with all applicable federal, state, and local laws, including but not limited to laws governing repossession procedures, notification requirements, and debtor rights.</w:t>
      </w:r>
    </w:p>
    <w:p/>
    <w:p>
      <w:r>
        <w:rPr>
          <w:b/>
          <w:sz w:val="20"/>
        </w:rPr>
        <w:t>Limitation of Liability:</w:t>
      </w:r>
    </w:p>
    <w:p>
      <w:r>
        <w:rPr>
          <w:b w:val="0"/>
          <w:sz w:val="20"/>
        </w:rPr>
        <w:t>The Creditor acknowledges that the Authorized Agent is not responsible for any damages to the property or premises except for damages caused by gross negligence or willful misconduct.</w:t>
      </w:r>
    </w:p>
    <w:p/>
    <w:p>
      <w:r>
        <w:rPr>
          <w:b/>
          <w:sz w:val="20"/>
        </w:rPr>
        <w:t>Governing Law:</w:t>
      </w:r>
    </w:p>
    <w:p>
      <w:r>
        <w:rPr>
          <w:b w:val="0"/>
          <w:sz w:val="20"/>
        </w:rPr>
        <w:t>This authorization letter shall be governed by and construed in accordance with the laws of the State of ____________________, without regard to its conflicts of law principles.</w:t>
      </w:r>
    </w:p>
    <w:p/>
    <w:p>
      <w:r>
        <w:rPr>
          <w:b/>
          <w:sz w:val="20"/>
        </w:rPr>
        <w:t>Entire Agreement:</w:t>
      </w:r>
    </w:p>
    <w:p>
      <w:r>
        <w:rPr>
          <w:b w:val="0"/>
          <w:sz w:val="20"/>
        </w:rPr>
        <w:t>This document constitutes the entire agreement between the parties regarding the repossession and supersedes all prior negotiations, understandings, and agreements between the parties.</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CREDITOR</w:t>
            </w:r>
          </w:p>
        </w:tc>
        <w:tc>
          <w:tcPr>
            <w:tcW w:type="dxa" w:w="4986"/>
            <w:tcBorders>
              <w:top w:val="nil"/>
              <w:left w:val="nil"/>
              <w:bottom w:val="nil"/>
              <w:right w:val="nil"/>
              <w:insideH w:val="nil"/>
              <w:insideV w:val="nil"/>
            </w:tcBorders>
          </w:tcPr>
          <w:p>
            <w:pPr>
              <w:jc w:val="center"/>
            </w:pPr>
            <w:r>
              <w:t>AUTHORIZED AGENT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Printed Name: ________________________________</w:t>
            </w:r>
          </w:p>
        </w:tc>
        <w:tc>
          <w:tcPr>
            <w:tcW w:type="dxa" w:w="4986"/>
            <w:tcBorders>
              <w:top w:val="nil"/>
              <w:left w:val="nil"/>
              <w:bottom w:val="nil"/>
              <w:right w:val="nil"/>
              <w:insideH w:val="nil"/>
              <w:insideV w:val="nil"/>
            </w:tcBorders>
          </w:tcPr>
          <w:p>
            <w:pPr>
              <w:jc w:val="center"/>
            </w:pPr>
            <w:r>
              <w:t>Printed Name: ________________________________</w:t>
            </w:r>
          </w:p>
        </w:tc>
      </w:tr>
    </w:tbl>
    <w:p/>
    <w:p/>
    <w:p/>
    <w:p>
      <w:pPr>
        <w:jc w:val="center"/>
      </w:pPr>
      <w:r>
        <w:rPr>
          <w:b/>
          <w:sz w:val="20"/>
        </w:rPr>
        <w:t>This Repossession Authorization Letter is executed by the undersigned parties as an effective and legally binding instrument.</w:t>
      </w:r>
    </w:p>
    <w:p/>
    <w:p/>
    <w:p/>
    <w:p>
      <w:r>
        <w:br w:type="page"/>
      </w:r>
    </w:p>
    <w:p>
      <w:pPr>
        <w:jc w:val="center"/>
      </w:pPr>
      <w:r>
        <w:rPr>
          <w:color w:val="555555"/>
          <w:sz w:val="24"/>
        </w:rPr>
        <w:t>Original source of this document:</w:t>
      </w:r>
    </w:p>
    <w:p>
      <w:pPr>
        <w:jc w:val="center"/>
      </w:pPr>
      <w:hyperlink r:id="rId9">
        <w:r>
          <w:rPr>
            <w:color w:val="0000FF"/>
            <w:u w:val="single"/>
          </w:rPr>
          <w:t>https://lettertemplate-us.com/repo-letter/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https://lettertemplate-us.com</w:t>
        </w:r>
      </w:hyperlink>
    </w:p>
    <w:p>
      <w:pPr>
        <w:jc w:val="center"/>
      </w:pPr>
      <w:r>
        <w:rPr>
          <w:color w:val="808080"/>
          <w:sz w:val="20"/>
        </w:rPr>
        <w:t>This template is intended exclusively for personal, non-commercial use.</w:t>
        <w:br/>
        <w:t>If distributed or published, the source must be mentioned. © lettertemplate-us.com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template-us.com/repo-letter/" TargetMode="External"/><Relationship Id="rId10" Type="http://schemas.openxmlformats.org/officeDocument/2006/relationships/hyperlink" Target="https://letter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