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NURSE RESIGNATION LETTER</w:t>
      </w:r>
    </w:p>
    <w:p/>
    <w:p/>
    <w:p>
      <w:r>
        <w:rPr>
          <w:b/>
          <w:sz w:val="20"/>
        </w:rPr>
        <w:t>Recipient:</w:t>
      </w:r>
    </w:p>
    <w:p>
      <w:r>
        <w:rPr>
          <w:b w:val="0"/>
          <w:sz w:val="20"/>
        </w:rPr>
        <w:t>Name: ________________________________________________</w:t>
      </w:r>
    </w:p>
    <w:p>
      <w:r>
        <w:rPr>
          <w:b w:val="0"/>
          <w:sz w:val="20"/>
        </w:rPr>
        <w:t>Title/Position: _______________________________________</w:t>
      </w:r>
    </w:p>
    <w:p>
      <w:r>
        <w:rPr>
          <w:b w:val="0"/>
          <w:sz w:val="20"/>
        </w:rPr>
        <w:t>Facility Name: _______________________________________</w:t>
      </w:r>
    </w:p>
    <w:p>
      <w:r>
        <w:rPr>
          <w:b w:val="0"/>
          <w:sz w:val="20"/>
        </w:rPr>
        <w:t>Address: ____________________________________________</w:t>
      </w:r>
    </w:p>
    <w:p>
      <w:r>
        <w:rPr>
          <w:b w:val="0"/>
          <w:sz w:val="20"/>
        </w:rPr>
        <w:t>City, State, Zip: ____________________________________</w:t>
      </w:r>
    </w:p>
    <w:p/>
    <w:p/>
    <w:p>
      <w:r>
        <w:rPr>
          <w:b w:val="0"/>
          <w:sz w:val="20"/>
        </w:rPr>
        <w:t>Dear ________________________________________________,</w:t>
      </w:r>
    </w:p>
    <w:p/>
    <w:p>
      <w:r>
        <w:rPr>
          <w:b w:val="0"/>
          <w:sz w:val="20"/>
        </w:rPr>
        <w:t>I am writing to formally notify you of my resignation from my position as a Registered Nurse at the above-mentioned facility. This decision has been made after careful consideration and is in accordance with my professional and personal obligations.</w:t>
      </w:r>
    </w:p>
    <w:p/>
    <w:p>
      <w:r>
        <w:rPr>
          <w:b w:val="0"/>
          <w:sz w:val="20"/>
        </w:rPr>
        <w:t>In compliance with the terms of my employment and professional standards, I hereby provide notice of my resignation. My last working day will be ____________________________, allowing for the notice period as required by law and facility policy.</w:t>
      </w:r>
    </w:p>
    <w:p/>
    <w:p>
      <w:r>
        <w:rPr>
          <w:b w:val="0"/>
          <w:sz w:val="20"/>
        </w:rPr>
        <w:t>Although not required, I wish to briefly explain my reasons for resigning: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 w:val="0"/>
          <w:sz w:val="20"/>
        </w:rPr>
        <w:t>I would like to express my sincere gratitude for the opportunities and experiences I have gained while working at this facility. The support of my colleagues and management has been invaluable to my professional development.</w:t>
      </w:r>
    </w:p>
    <w:p/>
    <w:p>
      <w:r>
        <w:rPr>
          <w:b w:val="0"/>
          <w:sz w:val="20"/>
        </w:rPr>
        <w:t>During the notice period, I am committed to ensuring a smooth transition. I am willing to assist in training my replacement and completing any outstanding duties to the best of my ability.</w:t>
      </w:r>
    </w:p>
    <w:p/>
    <w:p>
      <w:r>
        <w:rPr>
          <w:b w:val="0"/>
          <w:sz w:val="20"/>
        </w:rPr>
        <w:t>I will return any facility property, including identification badges, keys, uniforms, and equipment, by my last working day or earlier, as arranged with management.</w:t>
      </w:r>
    </w:p>
    <w:p/>
    <w:p>
      <w:r>
        <w:rPr>
          <w:b w:val="0"/>
          <w:sz w:val="20"/>
        </w:rPr>
        <w:t>Please feel free to contact me at the following email or phone number should you require any further information or assistance after my departure:</w:t>
      </w:r>
    </w:p>
    <w:p>
      <w:r>
        <w:rPr>
          <w:b w:val="0"/>
          <w:sz w:val="20"/>
        </w:rPr>
        <w:t>Email: ______________________________________________</w:t>
      </w:r>
    </w:p>
    <w:p>
      <w:r>
        <w:rPr>
          <w:b w:val="0"/>
          <w:sz w:val="20"/>
        </w:rPr>
        <w:t>Phone: ______________________________________________</w:t>
      </w:r>
    </w:p>
    <w:p/>
    <w:p>
      <w:r>
        <w:rPr>
          <w:b w:val="0"/>
          <w:sz w:val="20"/>
        </w:rPr>
        <w:t>This resignation letter is submitted in compliance with all applicable federal, state, and local laws governing employment and nurse licensure in the United States. I affirm that I have no outstanding contractual obligations or non-compete agreements that are violated by this resignation.</w:t>
      </w:r>
    </w:p>
    <w:p/>
    <w:p>
      <w:r>
        <w:rPr>
          <w:b w:val="0"/>
          <w:sz w:val="20"/>
        </w:rPr>
        <w:t>Thank you once again for the opportunity to serve as part of your healthcare team. I wish the facility continued success in providing excellent patient care.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/>
          <w:sz w:val="20"/>
        </w:rPr>
        <w:t>Signature of Nurse</w:t>
      </w:r>
    </w:p>
    <w:p/>
    <w:p>
      <w:r>
        <w:rPr>
          <w:b w:val="0"/>
          <w:sz w:val="20"/>
        </w:rPr>
        <w:t>Printed Name: ________________________________________</w:t>
      </w:r>
    </w:p>
    <w:p>
      <w:r>
        <w:rPr>
          <w:b w:val="0"/>
          <w:sz w:val="20"/>
        </w:rPr>
        <w:t>Employee ID (if applicable): __________________________</w:t>
      </w:r>
    </w:p>
    <w:p/>
    <w:p/>
    <w:p/>
    <w:p>
      <w:r>
        <w:rPr>
          <w:b w:val="0"/>
          <w:sz w:val="20"/>
        </w:rPr>
        <w:t>Date: _________________________________________________</w:t>
      </w:r>
    </w:p>
    <w:p/>
    <w:p/>
    <w:p>
      <w:r>
        <w:rPr>
          <w:b/>
          <w:sz w:val="20"/>
        </w:rPr>
        <w:t>Witness:</w:t>
      </w:r>
    </w:p>
    <w:p>
      <w:r>
        <w:rPr>
          <w:b w:val="0"/>
          <w:sz w:val="20"/>
        </w:rPr>
        <w:t>Name: _________________________________________________</w:t>
      </w:r>
    </w:p>
    <w:p>
      <w:r>
        <w:rPr>
          <w:b w:val="0"/>
          <w:sz w:val="20"/>
        </w:rPr>
        <w:t>Title/Position: _________________________________________</w:t>
      </w:r>
    </w:p>
    <w:p>
      <w:r>
        <w:rPr>
          <w:b w:val="0"/>
          <w:sz w:val="20"/>
        </w:rPr>
        <w:t>Signature: _____________________________________________</w:t>
      </w:r>
    </w:p>
    <w:p>
      <w:r>
        <w:rPr>
          <w:b w:val="0"/>
          <w:sz w:val="20"/>
        </w:rPr>
        <w:t>Date: _________________________________________________</w:t>
      </w:r>
    </w:p>
    <w:p/>
    <w:p/>
    <w:p>
      <w:r>
        <w:rPr>
          <w:b/>
          <w:sz w:val="20"/>
        </w:rPr>
        <w:t>Employer Acknowledgment:</w:t>
      </w:r>
    </w:p>
    <w:p>
      <w:r>
        <w:rPr>
          <w:b w:val="0"/>
          <w:sz w:val="20"/>
        </w:rPr>
        <w:t>Received by: __________________________________________</w:t>
      </w:r>
    </w:p>
    <w:p>
      <w:r>
        <w:rPr>
          <w:b w:val="0"/>
          <w:sz w:val="20"/>
        </w:rPr>
        <w:t>Title/Position: _________________________________________</w:t>
      </w:r>
    </w:p>
    <w:p>
      <w:r>
        <w:rPr>
          <w:b w:val="0"/>
          <w:sz w:val="20"/>
        </w:rPr>
        <w:t>Signature: _____________________________________________</w:t>
      </w:r>
    </w:p>
    <w:p>
      <w:r>
        <w:rPr>
          <w:b w:val="0"/>
          <w:sz w:val="20"/>
        </w:rPr>
        <w:t>Date: _________________________________________________</w:t>
      </w:r>
    </w:p>
    <w:p/>
    <w:p/>
    <w:p>
      <w:r>
        <w:rPr>
          <w:b/>
          <w:sz w:val="20"/>
        </w:rPr>
        <w:t>Confidentiality and Non-Disclosure:</w:t>
      </w:r>
    </w:p>
    <w:p>
      <w:r>
        <w:rPr>
          <w:b w:val="0"/>
          <w:sz w:val="20"/>
        </w:rPr>
        <w:t>I acknowledge that I remain bound by all confidentiality and non-disclosure agreements signed during my employment. I agree to refrain from disclosing any proprietary or sensitive information obtained in the course of my duties, in accordance with applicable laws and facility policies.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https://lettertemplate-us.com/resignation-letter-for-nurses/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resignation-letter-for-nurses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