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Human Resources Department</w:t>
      </w:r>
    </w:p>
    <w:p>
      <w:r>
        <w:rPr>
          <w:b w:val="0"/>
          <w:sz w:val="20"/>
        </w:rPr>
        <w:t>[Company Name]</w:t>
      </w:r>
    </w:p>
    <w:p>
      <w:r>
        <w:rPr>
          <w:b w:val="0"/>
          <w:sz w:val="20"/>
        </w:rPr>
        <w:t>[Company Address]</w:t>
      </w:r>
    </w:p>
    <w:p>
      <w:r>
        <w:rPr>
          <w:b w:val="0"/>
          <w:sz w:val="20"/>
        </w:rPr>
        <w:t>[City, State, Zip Code]</w:t>
      </w:r>
    </w:p>
    <w:p/>
    <w:p/>
    <w:p>
      <w:r>
        <w:rPr>
          <w:b w:val="0"/>
          <w:sz w:val="20"/>
        </w:rPr>
        <w:t>Dear [Manager's Name],</w:t>
      </w:r>
    </w:p>
    <w:p/>
    <w:p>
      <w:r>
        <w:rPr>
          <w:b w:val="0"/>
          <w:sz w:val="20"/>
        </w:rPr>
        <w:t>I am writing to formally resign from my position at [Company Name], effective two weeks from the date of this letter. This decision has been made due to personal reasons that require my full attention and commitment at this time.</w:t>
      </w:r>
    </w:p>
    <w:p/>
    <w:p>
      <w:r>
        <w:rPr>
          <w:b w:val="0"/>
          <w:sz w:val="20"/>
        </w:rPr>
        <w:t>This decision was not made lightly, and I am grateful for the opportunities I have had during my tenure. I have valued the professional and personal growth I have experienced while working here.</w:t>
      </w:r>
    </w:p>
    <w:p/>
    <w:p>
      <w:r>
        <w:rPr>
          <w:b w:val="0"/>
          <w:sz w:val="20"/>
        </w:rPr>
        <w:t>I am committed to ensuring a smooth transition and will gladly assist in transferring my responsibilities to a designated colleague or new hire. Please let me know how I can help during this period to make the process as seamless as possible.</w:t>
      </w:r>
    </w:p>
    <w:p/>
    <w:p>
      <w:r>
        <w:rPr>
          <w:b w:val="0"/>
          <w:sz w:val="20"/>
        </w:rPr>
        <w:t>I would like to thank you, my team, and the entire company for the support and guidance provided throughout my employment. I have enjoyed being part of [Company Name] and will take with me many positive experiences and skills.</w:t>
      </w:r>
    </w:p>
    <w:p/>
    <w:p>
      <w:r>
        <w:rPr>
          <w:b w:val="0"/>
          <w:sz w:val="20"/>
        </w:rPr>
        <w:t>Please consider this letter as my formal notice of resignation, in accordance with company policy and applicable employment laws. I trust that all final payments and benefits due to me will be processed timely and in full compliance with United States federal and state regulations.</w:t>
      </w:r>
    </w:p>
    <w:p/>
    <w:p>
      <w:r>
        <w:rPr>
          <w:b w:val="0"/>
          <w:sz w:val="20"/>
        </w:rPr>
        <w:t>Thank you again for the opportunity to contribute to [Company Name]. I look forward to staying in touch and hope our paths may cross again in the future.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Email or Phone: ______________________</w:t>
            </w:r>
          </w:p>
        </w:tc>
      </w:tr>
    </w:tbl>
    <w:p/>
    <w:p/>
    <w:p>
      <w:r>
        <w:rPr>
          <w:b/>
          <w:sz w:val="20"/>
        </w:rPr>
        <w:t>Employee Information (for HR use):</w:t>
      </w:r>
    </w:p>
    <w:p>
      <w:r>
        <w:rPr>
          <w:b w:val="0"/>
          <w:sz w:val="20"/>
        </w:rPr>
        <w:t>Full Name: ________________________________________________</w:t>
      </w:r>
    </w:p>
    <w:p>
      <w:r>
        <w:rPr>
          <w:b w:val="0"/>
          <w:sz w:val="20"/>
        </w:rPr>
        <w:t>Position: _________________________________________________</w:t>
      </w:r>
    </w:p>
    <w:p>
      <w:r>
        <w:rPr>
          <w:b w:val="0"/>
          <w:sz w:val="20"/>
        </w:rPr>
        <w:t>Department: _______________________________________________</w:t>
      </w:r>
    </w:p>
    <w:p>
      <w:r>
        <w:rPr>
          <w:b w:val="0"/>
          <w:sz w:val="20"/>
        </w:rPr>
        <w:t>Employee ID (if applicable): ______________________________</w:t>
      </w:r>
    </w:p>
    <w:p>
      <w:r>
        <w:rPr>
          <w:b w:val="0"/>
          <w:sz w:val="20"/>
        </w:rPr>
        <w:t>Contact Phone: ___________________________________________</w:t>
      </w:r>
    </w:p>
    <w:p>
      <w:r>
        <w:rPr>
          <w:b w:val="0"/>
          <w:sz w:val="20"/>
        </w:rPr>
        <w:t>Contact Email: ___________________________________________</w:t>
      </w:r>
    </w:p>
    <w:p/>
    <w:p>
      <w:r>
        <w:rPr>
          <w:b/>
          <w:sz w:val="20"/>
        </w:rPr>
        <w:t>Acknowledgment of Resignation:</w:t>
      </w:r>
    </w:p>
    <w:p>
      <w:r>
        <w:rPr>
          <w:b w:val="0"/>
          <w:sz w:val="20"/>
        </w:rPr>
        <w:t>Received by: ______________________________________________</w:t>
      </w:r>
    </w:p>
    <w:p>
      <w:r>
        <w:rPr>
          <w:b w:val="0"/>
          <w:sz w:val="20"/>
        </w:rPr>
        <w:t>Title: ____________________________________________________</w:t>
      </w:r>
    </w:p>
    <w:p>
      <w:r>
        <w:rPr>
          <w:b w:val="0"/>
          <w:sz w:val="20"/>
        </w:rPr>
        <w:t>Date: _____________________________________________________</w:t>
      </w:r>
    </w:p>
    <w:p>
      <w:r>
        <w:rPr>
          <w:b w:val="0"/>
          <w:sz w:val="20"/>
        </w:rPr>
        <w:t>Comments: 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 w:val="0"/>
          <w:sz w:val="20"/>
        </w:rPr>
        <w:t>This resignation letter complies with United States employment laws and serves as your formal notice of intent to resign. Please consult the Employee Handbook or Human Resources for any company-specific policies regarding resignation and final compensation.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https://lettertemplate-us.com/resignation-letter-personal-reasons/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resignation-letter-personal-reasons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