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SALARY INCREASE LETTER</w:t>
      </w:r>
    </w:p>
    <w:p/>
    <w:p/>
    <w:p>
      <w:r>
        <w:rPr>
          <w:b/>
          <w:sz w:val="20"/>
        </w:rPr>
        <w:t>Employer Information:</w:t>
      </w:r>
    </w:p>
    <w:p>
      <w:r>
        <w:rPr>
          <w:b w:val="0"/>
          <w:sz w:val="20"/>
        </w:rPr>
        <w:t>Company Name: ________________________________________________</w:t>
      </w:r>
    </w:p>
    <w:p>
      <w:r>
        <w:rPr>
          <w:b w:val="0"/>
          <w:sz w:val="20"/>
        </w:rPr>
        <w:t>Address: _____________________________________________________</w:t>
      </w:r>
    </w:p>
    <w:p>
      <w:r>
        <w:rPr>
          <w:b w:val="0"/>
          <w:sz w:val="20"/>
        </w:rPr>
        <w:t>Contact Person: ______________________________________________</w:t>
      </w:r>
    </w:p>
    <w:p>
      <w:r>
        <w:rPr>
          <w:b w:val="0"/>
          <w:sz w:val="20"/>
        </w:rPr>
        <w:t>Phone Number: _______________________________________________</w:t>
      </w:r>
    </w:p>
    <w:p>
      <w:r>
        <w:rPr>
          <w:b w:val="0"/>
          <w:sz w:val="20"/>
        </w:rPr>
        <w:t>Email Address: _______________________________________________</w:t>
      </w:r>
    </w:p>
    <w:p/>
    <w:p>
      <w:r>
        <w:rPr>
          <w:b/>
          <w:sz w:val="20"/>
        </w:rPr>
        <w:t>Employee Information:</w:t>
      </w:r>
    </w:p>
    <w:p>
      <w:r>
        <w:rPr>
          <w:b w:val="0"/>
          <w:sz w:val="20"/>
        </w:rPr>
        <w:t>Full Name: _________________________________________________</w:t>
      </w:r>
    </w:p>
    <w:p>
      <w:r>
        <w:rPr>
          <w:b w:val="0"/>
          <w:sz w:val="20"/>
        </w:rPr>
        <w:t>Position/Title: ______________________________________________</w:t>
      </w:r>
    </w:p>
    <w:p>
      <w:r>
        <w:rPr>
          <w:b w:val="0"/>
          <w:sz w:val="20"/>
        </w:rPr>
        <w:t>Department: _________________________________________________</w:t>
      </w:r>
    </w:p>
    <w:p>
      <w:r>
        <w:rPr>
          <w:b w:val="0"/>
          <w:sz w:val="20"/>
        </w:rPr>
        <w:t>Employee ID (if applicable): ________________________________</w:t>
      </w:r>
    </w:p>
    <w:p/>
    <w:p>
      <w:r>
        <w:rPr>
          <w:b w:val="0"/>
          <w:sz w:val="20"/>
        </w:rPr>
        <w:t>Dear ________________________________,</w:t>
      </w:r>
    </w:p>
    <w:p/>
    <w:p>
      <w:r>
        <w:rPr>
          <w:b w:val="0"/>
          <w:sz w:val="20"/>
        </w:rPr>
        <w:t>We are pleased to inform you that, in recognition of your valuable contributions, performance, and dedication to the company,</w:t>
      </w:r>
    </w:p>
    <w:p>
      <w:r>
        <w:rPr>
          <w:b w:val="0"/>
          <w:sz w:val="20"/>
        </w:rPr>
        <w:t>the management has approved a salary increase effective ________________________________.</w:t>
      </w:r>
    </w:p>
    <w:p/>
    <w:p>
      <w:r>
        <w:rPr>
          <w:b/>
          <w:sz w:val="20"/>
        </w:rPr>
        <w:t>Salary Increase Details:</w:t>
      </w:r>
    </w:p>
    <w:p>
      <w:r>
        <w:rPr>
          <w:b w:val="0"/>
          <w:sz w:val="20"/>
        </w:rPr>
        <w:t>Current Base Salary: _______________________ USD per annum</w:t>
      </w:r>
    </w:p>
    <w:p>
      <w:r>
        <w:rPr>
          <w:b w:val="0"/>
          <w:sz w:val="20"/>
        </w:rPr>
        <w:t>New Base Salary: ___________________________ USD per annum</w:t>
      </w:r>
    </w:p>
    <w:p>
      <w:r>
        <w:rPr>
          <w:b w:val="0"/>
          <w:sz w:val="20"/>
        </w:rPr>
        <w:t>Effective Date of Increase: __________________</w:t>
      </w:r>
    </w:p>
    <w:p/>
    <w:p>
      <w:r>
        <w:rPr>
          <w:b/>
          <w:sz w:val="20"/>
        </w:rPr>
        <w:t>Payment Terms and Conditions:</w:t>
      </w:r>
    </w:p>
    <w:p>
      <w:r>
        <w:rPr>
          <w:b w:val="0"/>
          <w:sz w:val="20"/>
        </w:rPr>
        <w:t>The increased salary will be reflected in your paycheck starting from the effective date noted above,</w:t>
      </w:r>
    </w:p>
    <w:p>
      <w:r>
        <w:rPr>
          <w:b w:val="0"/>
          <w:sz w:val="20"/>
        </w:rPr>
        <w:t>subject to applicable tax withholdings and deductions as required by federal, state, and local law.</w:t>
      </w:r>
    </w:p>
    <w:p/>
    <w:p>
      <w:r>
        <w:rPr>
          <w:b/>
          <w:sz w:val="20"/>
        </w:rPr>
        <w:t>Performance and Expectations:</w:t>
      </w:r>
    </w:p>
    <w:p>
      <w:r>
        <w:rPr>
          <w:b w:val="0"/>
          <w:sz w:val="20"/>
        </w:rPr>
        <w:t>This salary increase reflects our confidence in your continued excellent performance and commitment.</w:t>
      </w:r>
    </w:p>
    <w:p>
      <w:r>
        <w:rPr>
          <w:b w:val="0"/>
          <w:sz w:val="20"/>
        </w:rPr>
        <w:t>You are expected to maintain or exceed current performance standards and comply with all company policies and procedures.</w:t>
      </w:r>
    </w:p>
    <w:p/>
    <w:p>
      <w:r>
        <w:rPr>
          <w:b/>
          <w:sz w:val="20"/>
        </w:rPr>
        <w:t>Employment Status:</w:t>
      </w:r>
    </w:p>
    <w:p>
      <w:r>
        <w:rPr>
          <w:b w:val="0"/>
          <w:sz w:val="20"/>
        </w:rPr>
        <w:t>Nothing in this letter constitutes a contract of employment for any specific period or alters the at-will nature of your employment.</w:t>
      </w:r>
    </w:p>
    <w:p>
      <w:r>
        <w:rPr>
          <w:b w:val="0"/>
          <w:sz w:val="20"/>
        </w:rPr>
        <w:t>Either you or the company may terminate the employment relationship at any time, with or without cause or notice,</w:t>
      </w:r>
    </w:p>
    <w:p>
      <w:r>
        <w:rPr>
          <w:b w:val="0"/>
          <w:sz w:val="20"/>
        </w:rPr>
        <w:t>subject to applicable law.</w:t>
      </w:r>
    </w:p>
    <w:p/>
    <w:p>
      <w:r>
        <w:rPr>
          <w:b/>
          <w:sz w:val="20"/>
        </w:rPr>
        <w:t>Confidentiality:</w:t>
      </w:r>
    </w:p>
    <w:p>
      <w:r>
        <w:rPr>
          <w:b w:val="0"/>
          <w:sz w:val="20"/>
        </w:rPr>
        <w:t>You acknowledge that this salary information is confidential and must not be disclosed to any third party,</w:t>
      </w:r>
    </w:p>
    <w:p>
      <w:r>
        <w:rPr>
          <w:b w:val="0"/>
          <w:sz w:val="20"/>
        </w:rPr>
        <w:t>except as required by law or authorized by the company.</w:t>
      </w:r>
    </w:p>
    <w:p/>
    <w:p>
      <w:r>
        <w:rPr>
          <w:b/>
          <w:sz w:val="20"/>
        </w:rPr>
        <w:t>Acceptance of Terms:</w:t>
      </w:r>
    </w:p>
    <w:p>
      <w:r>
        <w:rPr>
          <w:b w:val="0"/>
          <w:sz w:val="20"/>
        </w:rPr>
        <w:t>Please sign below to acknowledge your acceptance of the salary increase and the terms set forth in this letter.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 Representative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</w:t>
            </w:r>
          </w:p>
        </w:tc>
      </w:tr>
    </w:tbl>
    <w:p/>
    <w:p/>
    <w:p>
      <w:r>
        <w:rPr>
          <w:b w:val="0"/>
          <w:sz w:val="20"/>
        </w:rPr>
        <w:t>We look forward to your continued success and valuable contributions to the company.</w:t>
      </w:r>
    </w:p>
    <w:p>
      <w:r>
        <w:rPr>
          <w:b w:val="0"/>
          <w:sz w:val="20"/>
        </w:rPr>
        <w:t>If you have any questions regarding this letter or your salary increase, please do not hesitate to contact</w:t>
      </w:r>
    </w:p>
    <w:p>
      <w:r>
        <w:rPr>
          <w:b w:val="0"/>
          <w:sz w:val="20"/>
        </w:rPr>
        <w:t>the Human Resources department.</w:t>
      </w:r>
    </w:p>
    <w:p/>
    <w:p/>
    <w:p>
      <w:r>
        <w:rPr>
          <w:b w:val="0"/>
          <w:sz w:val="20"/>
        </w:rPr>
        <w:t>Sincerely,</w:t>
      </w:r>
    </w:p>
    <w:p/>
    <w:p/>
    <w:p/>
    <w:p/>
    <w:p>
      <w:r>
        <w:rPr>
          <w:b w:val="0"/>
          <w:sz w:val="20"/>
        </w:rPr>
        <w:t>__________________________________</w:t>
      </w:r>
    </w:p>
    <w:p>
      <w:r>
        <w:rPr>
          <w:b w:val="0"/>
          <w:sz w:val="20"/>
        </w:rPr>
        <w:t>Authorized Company Representative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https://lettertemplate-us.com/salary-increase-letter/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template-us.com/salary-increase-letter/" TargetMode="External"/><Relationship Id="rId10" Type="http://schemas.openxmlformats.org/officeDocument/2006/relationships/hyperlink" Target="https://letter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