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SALARY INCREASE REQUEST LETTER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Title: _____________________________________________________________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</w:t>
      </w:r>
    </w:p>
    <w:p>
      <w:r>
        <w:rPr>
          <w:b w:val="0"/>
          <w:sz w:val="20"/>
        </w:rPr>
        <w:t>Company: 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</w:t>
      </w:r>
    </w:p>
    <w:p>
      <w:r>
        <w:rPr>
          <w:b w:val="0"/>
          <w:sz w:val="20"/>
        </w:rPr>
        <w:t>Department: ________________________________________________________</w:t>
      </w:r>
    </w:p>
    <w:p>
      <w:r>
        <w:rPr>
          <w:b w:val="0"/>
          <w:sz w:val="20"/>
        </w:rPr>
        <w:t>Employee ID (if applicable): 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/>
    <w:p/>
    <w:p>
      <w:r>
        <w:rPr>
          <w:b/>
          <w:sz w:val="20"/>
        </w:rPr>
        <w:t>Subject: Request for Salary Increase</w:t>
      </w:r>
    </w:p>
    <w:p/>
    <w:p/>
    <w:p>
      <w:r>
        <w:rPr>
          <w:b w:val="0"/>
          <w:sz w:val="20"/>
        </w:rPr>
        <w:t>Dear ____________________________,</w:t>
      </w:r>
    </w:p>
    <w:p/>
    <w:p>
      <w:r>
        <w:rPr>
          <w:b w:val="0"/>
          <w:sz w:val="20"/>
        </w:rPr>
        <w:t>I am writing to formally request a salary increase based on my contributions, performance, and dedication to the company. I appreciate the opportunities and support provided to me thus far and would like to discuss adjustments to my compensation to better reflect my role and responsibilities.</w:t>
      </w:r>
    </w:p>
    <w:p/>
    <w:p>
      <w:r>
        <w:rPr>
          <w:b/>
          <w:sz w:val="20"/>
        </w:rPr>
        <w:t>Justification for Salary Increase:</w:t>
      </w:r>
    </w:p>
    <w:p>
      <w:r>
        <w:rPr>
          <w:b w:val="0"/>
          <w:sz w:val="20"/>
        </w:rPr>
        <w:t>1. Performance and Contributions:</w:t>
        <w:br/>
        <w:t xml:space="preserve">   - Consistently met or exceeded performance goals and targets.</w:t>
        <w:br/>
        <w:t xml:space="preserve">   - Took on additional responsibilities beyond the scope of my current position.</w:t>
        <w:br/>
        <w:t xml:space="preserve">   - Successfully led projects such as ____________________________________.</w:t>
        <w:br/>
        <w:t xml:space="preserve">   - Received positive feedback from supervisors and colleagues.</w:t>
        <w:br/>
      </w:r>
    </w:p>
    <w:p/>
    <w:p>
      <w:r>
        <w:rPr>
          <w:b w:val="0"/>
          <w:sz w:val="20"/>
        </w:rPr>
        <w:t>2. Market Comparison:</w:t>
        <w:br/>
        <w:t xml:space="preserve">   - Based on research, the current industry standard for my role and experience level is higher than my current salary.</w:t>
        <w:br/>
        <w:t xml:space="preserve">   - Salary data from credible sources such as ____________________________ support this request.</w:t>
        <w:br/>
      </w:r>
    </w:p>
    <w:p/>
    <w:p>
      <w:r>
        <w:rPr>
          <w:b w:val="0"/>
          <w:sz w:val="20"/>
        </w:rPr>
        <w:t>3. Professional Development:</w:t>
        <w:br/>
        <w:t xml:space="preserve">   - Completed relevant certifications, training, or education including: ________________.</w:t>
        <w:br/>
        <w:t xml:space="preserve">   - Continuously improving skills that contribute to the company’s success.</w:t>
        <w:br/>
      </w:r>
    </w:p>
    <w:p/>
    <w:p>
      <w:r>
        <w:rPr>
          <w:b w:val="0"/>
          <w:sz w:val="20"/>
        </w:rPr>
        <w:t>4. Commitment to the Company:</w:t>
        <w:br/>
        <w:t xml:space="preserve">   - Demonstrated loyalty and long-term commitment to the organization.</w:t>
        <w:br/>
        <w:t xml:space="preserve">   - Willingness to support company goals and adapt to evolving needs.</w:t>
        <w:br/>
      </w:r>
    </w:p>
    <w:p/>
    <w:p>
      <w:r>
        <w:rPr>
          <w:b/>
          <w:sz w:val="20"/>
        </w:rPr>
        <w:t>Requested Adjustments:</w:t>
      </w:r>
    </w:p>
    <w:p>
      <w:r>
        <w:rPr>
          <w:b w:val="0"/>
          <w:sz w:val="20"/>
        </w:rPr>
        <w:t>I respectfully request a salary adjustment to $_________________ per annum, effective as soon as possible. I believe this compensation is fair and aligned with my experience, skills, and contributions to the company.</w:t>
      </w:r>
    </w:p>
    <w:p/>
    <w:p>
      <w:r>
        <w:rPr>
          <w:b w:val="0"/>
          <w:sz w:val="20"/>
        </w:rPr>
        <w:t>I am open to discussing this request in more detail and providing any additional information needed to support my case. Thank you for considering my request. I look forward to your favorable response and continuing to contribute to the growth and success of the company.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Printed Name: 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Date: 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https://lettertemplate-us.com/salary-increase-request-letter/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template-us.com/salary-increase-request-letter/" TargetMode="External"/><Relationship Id="rId10" Type="http://schemas.openxmlformats.org/officeDocument/2006/relationships/hyperlink" Target="https://letter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