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SALARY OFFER LETTER</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Candidate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Position and Offer Details:</w:t>
      </w:r>
    </w:p>
    <w:p>
      <w:r>
        <w:rPr>
          <w:b w:val="0"/>
          <w:sz w:val="20"/>
        </w:rPr>
        <w:t>Job Title: _______________________________________________________________</w:t>
      </w:r>
    </w:p>
    <w:p>
      <w:r>
        <w:rPr>
          <w:b w:val="0"/>
          <w:sz w:val="20"/>
        </w:rPr>
        <w:t>Employment Type: _________________________________________________________ (e.g., Full-time, Part-time, Temporary, At-Will)</w:t>
      </w:r>
    </w:p>
    <w:p>
      <w:r>
        <w:rPr>
          <w:b w:val="0"/>
          <w:sz w:val="20"/>
        </w:rPr>
        <w:t>Start Date: ______________________________________________________________</w:t>
      </w:r>
    </w:p>
    <w:p>
      <w:r>
        <w:rPr>
          <w:b w:val="0"/>
          <w:sz w:val="20"/>
        </w:rPr>
        <w:t>Work Location: ___________________________________________________________</w:t>
      </w:r>
    </w:p>
    <w:p>
      <w:r>
        <w:rPr>
          <w:b w:val="0"/>
          <w:sz w:val="20"/>
        </w:rPr>
        <w:t>Reporting To: _____________________________________________________________</w:t>
      </w:r>
    </w:p>
    <w:p/>
    <w:p>
      <w:r>
        <w:rPr>
          <w:b/>
          <w:sz w:val="20"/>
        </w:rPr>
        <w:t>Compensation:</w:t>
      </w:r>
    </w:p>
    <w:p>
      <w:r>
        <w:rPr>
          <w:b w:val="0"/>
          <w:sz w:val="20"/>
        </w:rPr>
        <w:t>Base Salary: $____________________ per year (paid in accordance with company payroll practices)</w:t>
      </w:r>
    </w:p>
    <w:p>
      <w:r>
        <w:rPr>
          <w:b w:val="0"/>
          <w:sz w:val="20"/>
        </w:rPr>
        <w:t>Payment Schedule: _________________________________________________________ (e.g., Bi-weekly, Monthly)</w:t>
      </w:r>
    </w:p>
    <w:p>
      <w:r>
        <w:rPr>
          <w:b w:val="0"/>
          <w:sz w:val="20"/>
        </w:rPr>
        <w:t>Overtime Eligibility: _____________________________________________________ (if applicable)</w:t>
      </w:r>
    </w:p>
    <w:p>
      <w:r>
        <w:rPr>
          <w:b w:val="0"/>
          <w:sz w:val="20"/>
        </w:rPr>
        <w:t>Bonus/Incentive Compensation: ____________________________________________ (if applicable)</w:t>
      </w:r>
    </w:p>
    <w:p/>
    <w:p>
      <w:r>
        <w:rPr>
          <w:b/>
          <w:sz w:val="20"/>
        </w:rPr>
        <w:t>Employee Benefits:</w:t>
      </w:r>
    </w:p>
    <w:p>
      <w:r>
        <w:rPr>
          <w:b w:val="0"/>
          <w:sz w:val="20"/>
        </w:rPr>
        <w:t>The Employee will be eligible to participate in the Company’s benefit plans including but not limited to:</w:t>
      </w:r>
    </w:p>
    <w:p>
      <w:r>
        <w:rPr>
          <w:b w:val="0"/>
          <w:sz w:val="20"/>
        </w:rPr>
        <w:t>- Health Insurance</w:t>
      </w:r>
    </w:p>
    <w:p>
      <w:r>
        <w:rPr>
          <w:b w:val="0"/>
          <w:sz w:val="20"/>
        </w:rPr>
        <w:t>- Dental and Vision Insurance</w:t>
      </w:r>
    </w:p>
    <w:p>
      <w:r>
        <w:rPr>
          <w:b w:val="0"/>
          <w:sz w:val="20"/>
        </w:rPr>
        <w:t>- Retirement Plan (e.g., 401(k))</w:t>
      </w:r>
    </w:p>
    <w:p>
      <w:r>
        <w:rPr>
          <w:b w:val="0"/>
          <w:sz w:val="20"/>
        </w:rPr>
        <w:t>- Paid Time Off (vacation, sick leave, holidays)</w:t>
      </w:r>
    </w:p>
    <w:p>
      <w:r>
        <w:rPr>
          <w:b w:val="0"/>
          <w:sz w:val="20"/>
        </w:rPr>
        <w:t>- Any other benefits as detailed in the Employee Handbook or Company policy</w:t>
      </w:r>
    </w:p>
    <w:p/>
    <w:p>
      <w:r>
        <w:rPr>
          <w:b/>
          <w:sz w:val="20"/>
        </w:rPr>
        <w:t>Employment At-Will:</w:t>
      </w:r>
    </w:p>
    <w:p>
      <w:r>
        <w:rPr>
          <w:b w:val="0"/>
          <w:sz w:val="20"/>
        </w:rPr>
        <w:t>The employment relationship between the Employee and the Employer is at-will, which means that either party may terminate the relationship at any time, with or without cause or notice, subject to applicable laws.</w:t>
      </w:r>
    </w:p>
    <w:p/>
    <w:p>
      <w:r>
        <w:rPr>
          <w:b/>
          <w:sz w:val="20"/>
        </w:rPr>
        <w:t>Confidentiality and Proprietary Rights:</w:t>
      </w:r>
    </w:p>
    <w:p>
      <w:r>
        <w:rPr>
          <w:b w:val="0"/>
          <w:sz w:val="20"/>
        </w:rPr>
        <w:t>The Employee agrees to abide by all Company policies relating to confidentiality, proprietary information, and intellectual property. Any inventions, designs, or works developed in the course of employment are the exclusive property of the Company.</w:t>
      </w:r>
    </w:p>
    <w:p/>
    <w:p>
      <w:r>
        <w:rPr>
          <w:b/>
          <w:sz w:val="20"/>
        </w:rPr>
        <w:t>Non-Compete and Non-Solicitation:</w:t>
      </w:r>
    </w:p>
    <w:p>
      <w:r>
        <w:rPr>
          <w:b w:val="0"/>
          <w:sz w:val="20"/>
        </w:rPr>
        <w:t>The Employee agrees to the terms of any non-compete and non-solicitation agreements executed in connection with employment, which are incorporated by reference into this offer letter.</w:t>
      </w:r>
    </w:p>
    <w:p/>
    <w:p>
      <w:r>
        <w:rPr>
          <w:b/>
          <w:sz w:val="20"/>
        </w:rPr>
        <w:t>Conditions of Employment:</w:t>
      </w:r>
    </w:p>
    <w:p>
      <w:r>
        <w:rPr>
          <w:b w:val="0"/>
          <w:sz w:val="20"/>
        </w:rPr>
        <w:t>This offer is contingent upon the Employee providing satisfactory documentation verifying eligibility to work in the United States, successful completion of background checks if applicable, and execution of any required agreements.</w:t>
      </w:r>
    </w:p>
    <w:p/>
    <w:p>
      <w:r>
        <w:rPr>
          <w:b/>
          <w:sz w:val="20"/>
        </w:rPr>
        <w:t>Acceptance of Offer:</w:t>
      </w:r>
    </w:p>
    <w:p>
      <w:r>
        <w:rPr>
          <w:b w:val="0"/>
          <w:sz w:val="20"/>
        </w:rPr>
        <w:t>Please indicate your acceptance of this offer by signing and returning a copy of this letter by ________________________. Your signature below confirms your understanding and agreement to the terms of employment as stated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https://lettertemplate-us.com/salary-offer-letter/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salary-offer-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