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SAME DAY RESIGNATION LETTER</w:t>
      </w:r>
    </w:p>
    <w:p/>
    <w:p/>
    <w:p>
      <w:r>
        <w:rPr>
          <w:b/>
          <w:sz w:val="20"/>
        </w:rPr>
        <w:t>Recipient Information:</w:t>
      </w:r>
    </w:p>
    <w:p>
      <w:r>
        <w:rPr>
          <w:b w:val="0"/>
          <w:sz w:val="20"/>
        </w:rPr>
        <w:t>Name: ____________________________________________________________</w:t>
      </w:r>
    </w:p>
    <w:p>
      <w:r>
        <w:rPr>
          <w:b w:val="0"/>
          <w:sz w:val="20"/>
        </w:rPr>
        <w:t>Position: _________________________________________________________</w:t>
      </w:r>
    </w:p>
    <w:p>
      <w:r>
        <w:rPr>
          <w:b w:val="0"/>
          <w:sz w:val="20"/>
        </w:rPr>
        <w:t>Company: _________________________________________________________</w:t>
      </w:r>
    </w:p>
    <w:p>
      <w:r>
        <w:rPr>
          <w:b w:val="0"/>
          <w:sz w:val="20"/>
        </w:rPr>
        <w:t>Company Address: _________________________________________________</w:t>
      </w:r>
    </w:p>
    <w:p>
      <w:r>
        <w:rPr>
          <w:b w:val="0"/>
          <w:sz w:val="20"/>
        </w:rPr>
        <w:t>City, State, ZIP Code: ____________________________________________</w:t>
      </w:r>
    </w:p>
    <w:p/>
    <w:p/>
    <w:p>
      <w:r>
        <w:rPr>
          <w:b w:val="0"/>
          <w:sz w:val="20"/>
        </w:rPr>
        <w:t>Dear ________________________________________________________________,</w:t>
      </w:r>
    </w:p>
    <w:p/>
    <w:p/>
    <w:p>
      <w:r>
        <w:rPr>
          <w:b w:val="0"/>
          <w:sz w:val="20"/>
        </w:rPr>
        <w:t>I am writing to formally resign from my position at the company, effective immediately as of today. Due to unforeseen circumstances, I am unable to provide prior notice and must tender my resignation on the same day.</w:t>
      </w:r>
    </w:p>
    <w:p/>
    <w:p/>
    <w:p>
      <w:r>
        <w:rPr>
          <w:b/>
          <w:sz w:val="20"/>
        </w:rPr>
        <w:t>Reason for Immediate Resignation:</w:t>
      </w:r>
    </w:p>
    <w:p>
      <w:r>
        <w:rPr>
          <w:b w:val="0"/>
          <w:sz w:val="20"/>
        </w:rPr>
        <w:t>_________________________________________________________________</w:t>
      </w:r>
    </w:p>
    <w:p>
      <w:r>
        <w:rPr>
          <w:b w:val="0"/>
          <w:sz w:val="20"/>
        </w:rPr>
        <w:t>_________________________________________________________________</w:t>
      </w:r>
    </w:p>
    <w:p>
      <w:r>
        <w:rPr>
          <w:b w:val="0"/>
          <w:sz w:val="20"/>
        </w:rPr>
        <w:t>_________________________________________________________________</w:t>
      </w:r>
    </w:p>
    <w:p/>
    <w:p/>
    <w:p>
      <w:r>
        <w:rPr>
          <w:b w:val="0"/>
          <w:sz w:val="20"/>
        </w:rPr>
        <w:t>I understand that this immediate resignation may not comply with the company’s standard notice period requirements. I acknowledge any potential consequences as outlined in my employment agreement or company policies.</w:t>
      </w:r>
    </w:p>
    <w:p/>
    <w:p/>
    <w:p>
      <w:r>
        <w:rPr>
          <w:b w:val="0"/>
          <w:sz w:val="20"/>
        </w:rPr>
        <w:t>I confirm that I will return all company property, including but not limited to keys, identification cards, equipment, documents, and confidential information, as soon as possible. Please advise on the preferred method and timing for returning these items.</w:t>
      </w:r>
    </w:p>
    <w:p/>
    <w:p/>
    <w:p>
      <w:r>
        <w:rPr>
          <w:b w:val="0"/>
          <w:sz w:val="20"/>
        </w:rPr>
        <w:t>Kindly provide information regarding my final paycheck, including payment for any accrued but unused vacation or paid time off, as well as details about continuation of benefits, if applicable.</w:t>
      </w:r>
    </w:p>
    <w:p/>
    <w:p/>
    <w:p>
      <w:r>
        <w:rPr>
          <w:b w:val="0"/>
          <w:sz w:val="20"/>
        </w:rPr>
        <w:t>Please feel free to contact me at the following phone number or email address should you require any further information or assistance during the transition:</w:t>
      </w:r>
    </w:p>
    <w:p>
      <w:r>
        <w:rPr>
          <w:b w:val="0"/>
          <w:sz w:val="20"/>
        </w:rPr>
        <w:t>Phone: ___________________________________________________________</w:t>
      </w:r>
    </w:p>
    <w:p>
      <w:r>
        <w:rPr>
          <w:b w:val="0"/>
          <w:sz w:val="20"/>
        </w:rPr>
        <w:t>Email: ____________________________________________________________</w:t>
      </w:r>
    </w:p>
    <w:p/>
    <w:p/>
    <w:p>
      <w:r>
        <w:rPr>
          <w:b w:val="0"/>
          <w:sz w:val="20"/>
        </w:rPr>
        <w:t>I appreciate the opportunities and experiences I have had during my employment with the company and regret any inconvenience this immediate resignation may cause. I wish the company continued success.</w:t>
      </w:r>
    </w:p>
    <w:p/>
    <w:p/>
    <w:p/>
    <w:p>
      <w:r>
        <w:rPr>
          <w:b w:val="0"/>
          <w:sz w:val="20"/>
        </w:rPr>
        <w:t>Sincerely,</w:t>
      </w:r>
    </w:p>
    <w:p/>
    <w:p/>
    <w:p/>
    <w:p/>
    <w:p>
      <w:r>
        <w:rPr>
          <w:b w:val="0"/>
          <w:sz w:val="20"/>
        </w:rPr>
        <w:t>Signature: _________________________________________________________</w:t>
      </w:r>
    </w:p>
    <w:p>
      <w:r>
        <w:rPr>
          <w:b w:val="0"/>
          <w:sz w:val="20"/>
        </w:rPr>
        <w:t>Printed Name: 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w:t>
            </w:r>
          </w:p>
        </w:tc>
        <w:tc>
          <w:tcPr>
            <w:tcW w:type="dxa" w:w="4986"/>
            <w:tcBorders>
              <w:top w:val="nil"/>
              <w:left w:val="nil"/>
              <w:bottom w:val="nil"/>
              <w:right w:val="nil"/>
              <w:insideH w:val="nil"/>
              <w:insideV w:val="nil"/>
            </w:tcBorders>
          </w:tcPr>
          <w:p>
            <w:pPr>
              <w:jc w:val="center"/>
            </w:pPr>
            <w:r>
              <w:t>Employer / HR Representative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https://lettertemplate-us.com/same-day-resignation-letter/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same-day-resignation-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