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SCHOOL DONATION LETTER</w:t>
      </w:r>
    </w:p>
    <w:p/>
    <w:p>
      <w:r>
        <w:rPr>
          <w:b/>
          <w:sz w:val="20"/>
        </w:rPr>
        <w:t>Recipient Information:</w:t>
      </w:r>
    </w:p>
    <w:p>
      <w:r>
        <w:rPr>
          <w:b w:val="0"/>
          <w:sz w:val="20"/>
        </w:rPr>
        <w:t>Name of School/Organization: ____________________________________________</w:t>
      </w:r>
    </w:p>
    <w:p>
      <w:r>
        <w:rPr>
          <w:b w:val="0"/>
          <w:sz w:val="20"/>
        </w:rPr>
        <w:t>Address: _______________________________________________________________</w:t>
      </w:r>
    </w:p>
    <w:p>
      <w:r>
        <w:rPr>
          <w:b w:val="0"/>
          <w:sz w:val="20"/>
        </w:rPr>
        <w:t>City, State, ZIP: _______________________________________________________</w:t>
      </w:r>
    </w:p>
    <w:p>
      <w:r>
        <w:rPr>
          <w:b w:val="0"/>
          <w:sz w:val="20"/>
        </w:rPr>
        <w:t>Contact Person: 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Donor Information:</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City, State, ZIP: 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Donation Details:</w:t>
      </w:r>
    </w:p>
    <w:p>
      <w:r>
        <w:rPr>
          <w:b w:val="0"/>
          <w:sz w:val="20"/>
        </w:rPr>
        <w:t>Description of Donation: ________________________________________________</w:t>
      </w:r>
    </w:p>
    <w:p>
      <w:r>
        <w:rPr>
          <w:b w:val="0"/>
          <w:sz w:val="20"/>
        </w:rPr>
        <w:t>_______________________________________________________________________</w:t>
      </w:r>
    </w:p>
    <w:p>
      <w:r>
        <w:rPr>
          <w:b w:val="0"/>
          <w:sz w:val="20"/>
        </w:rPr>
        <w:t>_______________________________________________________________________</w:t>
      </w:r>
    </w:p>
    <w:p>
      <w:r>
        <w:rPr>
          <w:b w:val="0"/>
          <w:sz w:val="20"/>
        </w:rPr>
        <w:t>Estimated Fair Market Value: $___________________________</w:t>
      </w:r>
    </w:p>
    <w:p>
      <w:r>
        <w:rPr>
          <w:b w:val="0"/>
          <w:sz w:val="20"/>
        </w:rPr>
        <w:t>Method of Donation Delivery: ___________________________________________</w:t>
      </w:r>
    </w:p>
    <w:p/>
    <w:p>
      <w:r>
        <w:rPr>
          <w:b w:val="0"/>
          <w:sz w:val="20"/>
        </w:rPr>
        <w:t>To Whom It May Concern,</w:t>
      </w:r>
    </w:p>
    <w:p/>
    <w:p>
      <w:r>
        <w:rPr>
          <w:b w:val="0"/>
          <w:sz w:val="20"/>
        </w:rPr>
        <w:t>I hereby donate the above-described property to the recipient school or organization listed herein. This donation is made voluntarily and without any expectation of compensation or return.</w:t>
      </w:r>
    </w:p>
    <w:p/>
    <w:p>
      <w:r>
        <w:rPr>
          <w:b/>
          <w:sz w:val="20"/>
        </w:rPr>
        <w:t>Purpose of Donation:</w:t>
      </w:r>
    </w:p>
    <w:p>
      <w:r>
        <w:rPr>
          <w:b w:val="0"/>
          <w:sz w:val="20"/>
        </w:rPr>
        <w:t>The donation is intended to support the educational programs, activities, or needs of the school or organization as determined by its administration.</w:t>
      </w:r>
    </w:p>
    <w:p/>
    <w:p>
      <w:r>
        <w:rPr>
          <w:b/>
          <w:sz w:val="20"/>
        </w:rPr>
        <w:t>Legal and Tax Acknowledgment:</w:t>
      </w:r>
    </w:p>
    <w:p>
      <w:r>
        <w:rPr>
          <w:b w:val="0"/>
          <w:sz w:val="20"/>
        </w:rPr>
        <w:t>The donor affirms that the donated property is owned free and clear of any liens or encumbrances and that the donor has full legal right to donate the property. The recipient acknowledges receipt of the described donation and understands that no goods or services were provided in exchange for this contribution, except as described herein, if any.</w:t>
      </w:r>
    </w:p>
    <w:p/>
    <w:p>
      <w:r>
        <w:rPr>
          <w:b w:val="0"/>
          <w:sz w:val="20"/>
        </w:rPr>
        <w:t>The donor understands that this donation may be tax-deductible under United States law and that it is the donor's responsibility to retain this letter as a receipt for tax purposes. The recipient organization confirms it is a qualified 501(c)(3) tax-exempt organization under the Internal Revenue Code, and this donation will be used in furtherance of its exempt purposes.</w:t>
      </w:r>
    </w:p>
    <w:p/>
    <w:p>
      <w:r>
        <w:rPr>
          <w:b/>
          <w:sz w:val="20"/>
        </w:rPr>
        <w:t>Disclaimer:</w:t>
      </w:r>
    </w:p>
    <w:p>
      <w:r>
        <w:rPr>
          <w:b w:val="0"/>
          <w:sz w:val="20"/>
        </w:rPr>
        <w:t>The recipient does not provide any warranty or guarantee, expressed or implied, regarding the donated property, including but not limited to its condition, fitness for a particular purpose, or value. The donation is accepted 'as is' by the recipient.</w:t>
      </w:r>
    </w:p>
    <w:p/>
    <w:p>
      <w:r>
        <w:rPr>
          <w:b/>
          <w:sz w:val="20"/>
        </w:rPr>
        <w:t>Acceptance:</w:t>
      </w:r>
    </w:p>
    <w:p>
      <w:r>
        <w:rPr>
          <w:b w:val="0"/>
          <w:sz w:val="20"/>
        </w:rPr>
        <w:t>By signing below, the recipient acknowledges receipt and acceptance of the above-described donation under the terms specified in this letter.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&amp; Title: __________________________</w:t>
            </w:r>
          </w:p>
        </w:tc>
      </w:tr>
    </w:tbl>
    <w:p/>
    <w:p/>
    <w:p>
      <w:r>
        <w:rPr>
          <w:b w:val="0"/>
          <w:sz w:val="20"/>
        </w:rPr>
        <w:t>For any questions regarding this donation, please contact:</w:t>
      </w:r>
    </w:p>
    <w:p>
      <w:r>
        <w:rPr>
          <w:b w:val="0"/>
          <w:sz w:val="20"/>
        </w:rPr>
        <w:t>Recipient Contact Person: 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https://lettertemplate-us.com/school-donation-letter/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chool-don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