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SCHOOL RECOMMENDATION LETTER</w:t>
      </w:r>
    </w:p>
    <w:p/>
    <w:p/>
    <w:p>
      <w:r>
        <w:rPr>
          <w:b/>
          <w:sz w:val="20"/>
        </w:rPr>
        <w:t>School Name: ___________________________________________________________</w:t>
      </w:r>
    </w:p>
    <w:p>
      <w:r>
        <w:rPr>
          <w:b w:val="0"/>
          <w:sz w:val="20"/>
        </w:rPr>
        <w:t>School Address: ________________________________________________________</w:t>
      </w:r>
    </w:p>
    <w:p>
      <w:r>
        <w:rPr>
          <w:b w:val="0"/>
          <w:sz w:val="20"/>
        </w:rPr>
        <w:t>City, State, Zip Code: 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To Whom It May Concern:</w:t>
      </w:r>
    </w:p>
    <w:p/>
    <w:p>
      <w:r>
        <w:rPr>
          <w:b w:val="0"/>
          <w:sz w:val="20"/>
        </w:rPr>
        <w:t>I am writing to provide my highest recommendation for the student named below for admission, scholarship, or any academic opportunity they seek. This letter reflects the student's character, academic achievements, and personal qualities observed during their time at our institution.</w:t>
      </w:r>
    </w:p>
    <w:p/>
    <w:p/>
    <w:p>
      <w:r>
        <w:rPr>
          <w:b/>
          <w:sz w:val="20"/>
        </w:rPr>
        <w:t>Student Name: ___________________________________________________________</w:t>
      </w:r>
    </w:p>
    <w:p>
      <w:r>
        <w:rPr>
          <w:b w:val="0"/>
          <w:sz w:val="20"/>
        </w:rPr>
        <w:t>Date of Birth: __________________________________________________________</w:t>
      </w:r>
    </w:p>
    <w:p>
      <w:r>
        <w:rPr>
          <w:b w:val="0"/>
          <w:sz w:val="20"/>
        </w:rPr>
        <w:t>Grade Level: ____________________________________________________________</w:t>
      </w:r>
    </w:p>
    <w:p>
      <w:r>
        <w:rPr>
          <w:b w:val="0"/>
          <w:sz w:val="20"/>
        </w:rPr>
        <w:t>Student ID (if applicable): ______________________________________________</w:t>
      </w:r>
    </w:p>
    <w:p/>
    <w:p>
      <w:r>
        <w:rPr>
          <w:b/>
          <w:sz w:val="22"/>
        </w:rPr>
        <w:t>Academic Performance and Achievements</w:t>
      </w:r>
    </w:p>
    <w:p>
      <w:r>
        <w:rPr>
          <w:b w:val="0"/>
          <w:sz w:val="20"/>
        </w:rPr>
        <w:t>The student has consistently demonstrated a strong commitment to academic excellence across all subjects. They have achieved the following notable accomplishments:</w:t>
      </w:r>
    </w:p>
    <w:p>
      <w:r>
        <w:rPr>
          <w:b w:val="0"/>
          <w:sz w:val="20"/>
        </w:rPr>
        <w:t>- GPA: _________________________________________________________________</w:t>
      </w:r>
    </w:p>
    <w:p>
      <w:r>
        <w:rPr>
          <w:b w:val="0"/>
          <w:sz w:val="20"/>
        </w:rPr>
        <w:t>- Honors or Awards: _____________________________________________________</w:t>
      </w:r>
    </w:p>
    <w:p>
      <w:r>
        <w:rPr>
          <w:b w:val="0"/>
          <w:sz w:val="20"/>
        </w:rPr>
        <w:t>- Advanced Placement (AP) or Honors Courses Taken: ______________________</w:t>
      </w:r>
    </w:p>
    <w:p>
      <w:r>
        <w:rPr>
          <w:b w:val="0"/>
          <w:sz w:val="20"/>
        </w:rPr>
        <w:t>- Special Projects, Research, or Competitions: ____________________________</w:t>
      </w:r>
    </w:p>
    <w:p/>
    <w:p>
      <w:r>
        <w:rPr>
          <w:b/>
          <w:sz w:val="22"/>
        </w:rPr>
        <w:t>Personal Qualities and Character</w:t>
      </w:r>
    </w:p>
    <w:p>
      <w:r>
        <w:rPr>
          <w:b w:val="0"/>
          <w:sz w:val="20"/>
        </w:rPr>
        <w:t>In addition to academics, the student exhibits exemplary personal qualities including but not limited to:</w:t>
      </w:r>
    </w:p>
    <w:p>
      <w:r>
        <w:rPr>
          <w:b w:val="0"/>
          <w:sz w:val="20"/>
        </w:rPr>
        <w:t>- Integrity and honesty</w:t>
      </w:r>
    </w:p>
    <w:p>
      <w:r>
        <w:rPr>
          <w:b w:val="0"/>
          <w:sz w:val="20"/>
        </w:rPr>
        <w:t>- Leadership skills demonstrated in school activities or clubs</w:t>
      </w:r>
    </w:p>
    <w:p>
      <w:r>
        <w:rPr>
          <w:b w:val="0"/>
          <w:sz w:val="20"/>
        </w:rPr>
        <w:t>- Strong work ethic and motivation</w:t>
      </w:r>
    </w:p>
    <w:p>
      <w:r>
        <w:rPr>
          <w:b w:val="0"/>
          <w:sz w:val="20"/>
        </w:rPr>
        <w:t>- Respectful and positive attitude towards peers and faculty</w:t>
      </w:r>
    </w:p>
    <w:p>
      <w:r>
        <w:rPr>
          <w:b w:val="0"/>
          <w:sz w:val="20"/>
        </w:rPr>
        <w:t>- Effective communication and teamwork abilities</w:t>
      </w:r>
    </w:p>
    <w:p/>
    <w:p>
      <w:r>
        <w:rPr>
          <w:b/>
          <w:sz w:val="22"/>
        </w:rPr>
        <w:t>Extracurricular Activities</w:t>
      </w:r>
    </w:p>
    <w:p>
      <w:r>
        <w:rPr>
          <w:b w:val="0"/>
          <w:sz w:val="20"/>
        </w:rPr>
        <w:t>The student actively participates in various extracurricular activities such as:</w:t>
      </w:r>
    </w:p>
    <w:p>
      <w:r>
        <w:rPr>
          <w:b w:val="0"/>
          <w:sz w:val="20"/>
        </w:rPr>
        <w:t>- Athletics: _____________________________________________________________</w:t>
      </w:r>
    </w:p>
    <w:p>
      <w:r>
        <w:rPr>
          <w:b w:val="0"/>
          <w:sz w:val="20"/>
        </w:rPr>
        <w:t>- Arts and Music: _______________________________________________________</w:t>
      </w:r>
    </w:p>
    <w:p>
      <w:r>
        <w:rPr>
          <w:b w:val="0"/>
          <w:sz w:val="20"/>
        </w:rPr>
        <w:t>- Clubs and Organizations: _______________________________________________</w:t>
      </w:r>
    </w:p>
    <w:p>
      <w:r>
        <w:rPr>
          <w:b w:val="0"/>
          <w:sz w:val="20"/>
        </w:rPr>
        <w:t>- Volunteer and Community Service: _______________________________________</w:t>
      </w:r>
    </w:p>
    <w:p/>
    <w:p>
      <w:r>
        <w:rPr>
          <w:b/>
          <w:sz w:val="22"/>
        </w:rPr>
        <w:t>Attendance and Discipline</w:t>
      </w:r>
    </w:p>
    <w:p>
      <w:r>
        <w:rPr>
          <w:b w:val="0"/>
          <w:sz w:val="20"/>
        </w:rPr>
        <w:t>The student's attendance record is satisfactory and consistent, reflecting dedication and responsibility. There have been no significant disciplinary issues or concerns reported during their enrollment.</w:t>
      </w:r>
    </w:p>
    <w:p/>
    <w:p>
      <w:r>
        <w:rPr>
          <w:b w:val="0"/>
          <w:sz w:val="20"/>
        </w:rPr>
        <w:t>Based on my observations and the student's record, I confidently recommend them for the academic opportunity they are pursuing. I am certain they will contribute positively and uphold the standards of any institution or program.</w:t>
      </w:r>
    </w:p>
    <w:p/>
    <w:p/>
    <w:p>
      <w:r>
        <w:rPr>
          <w:b w:val="0"/>
          <w:sz w:val="20"/>
        </w:rPr>
        <w:t>This recommendation letter is provided in good faith and to the best of my knowledge. It is intended to assist the recipient in considering the student’s application but does not constitute a binding agreement. All information contained herein is accurate and truthful as of the date of issuance.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Recommender Name and Title</w:t>
            </w:r>
          </w:p>
        </w:tc>
        <w:tc>
          <w:tcPr>
            <w:tcW w:type="dxa" w:w="4986"/>
            <w:tcBorders>
              <w:top w:val="nil"/>
              <w:left w:val="nil"/>
              <w:bottom w:val="nil"/>
              <w:right w:val="nil"/>
              <w:insideH w:val="nil"/>
              <w:insideV w:val="nil"/>
            </w:tcBorders>
          </w:tcPr>
          <w:p>
            <w:pPr>
              <w:jc w:val="center"/>
            </w:pPr>
            <w:r>
              <w:t>School Official Signature</w:t>
            </w:r>
          </w:p>
        </w:tc>
      </w:tr>
      <w:tr>
        <w:tc>
          <w:tcPr>
            <w:tcW w:type="dxa" w:w="4986"/>
            <w:tcBorders>
              <w:top w:val="nil"/>
              <w:left w:val="nil"/>
              <w:bottom w:val="nil"/>
              <w:right w:val="nil"/>
              <w:insideH w:val="nil"/>
              <w:insideV w:val="nil"/>
            </w:tcBorders>
          </w:tcPr>
          <w:p>
            <w:pPr>
              <w:jc w:val="center"/>
            </w:pPr>
            <w:r>
              <w:t>Name: _________________________________________</w:t>
              <w:br/>
              <w:t>Position: ______________________________________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w:t>
            </w:r>
          </w:p>
        </w:tc>
      </w:tr>
      <w:tr>
        <w:tc>
          <w:tcPr>
            <w:tcW w:type="dxa" w:w="4986"/>
            <w:tcBorders>
              <w:top w:val="nil"/>
              <w:left w:val="nil"/>
              <w:bottom w:val="nil"/>
              <w:right w:val="nil"/>
              <w:insideH w:val="nil"/>
              <w:insideV w:val="nil"/>
            </w:tcBorders>
          </w:tcPr>
          <w:p>
            <w:pPr>
              <w:jc w:val="center"/>
            </w:pPr>
            <w:r>
              <w:t>Email: ________________________________________</w:t>
              <w:br/>
              <w:t>Phone: _______________________________________</w:t>
            </w:r>
          </w:p>
        </w:tc>
        <w:tc>
          <w:tcPr>
            <w:tcW w:type="dxa" w:w="4986"/>
            <w:tcBorders>
              <w:top w:val="nil"/>
              <w:left w:val="nil"/>
              <w:bottom w:val="nil"/>
              <w:right w:val="nil"/>
              <w:insideH w:val="nil"/>
              <w:insideV w:val="nil"/>
            </w:tcBorders>
          </w:tcPr>
          <w:p>
            <w:pPr>
              <w:jc w:val="center"/>
            </w:pPr>
            <w:r>
              <w:t>Date: 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https://lettertemplate-us.com/school-recommendation-letter/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school-recommenda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