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SMALL BALANCE DUE LETTER</w:t>
      </w:r>
    </w:p>
    <w:p/>
    <w:p/>
    <w:p>
      <w:r>
        <w:rPr>
          <w:b/>
          <w:sz w:val="20"/>
        </w:rPr>
        <w:t>Recipient Information:</w:t>
      </w:r>
    </w:p>
    <w:p>
      <w:r>
        <w:rPr>
          <w:b w:val="0"/>
          <w:sz w:val="20"/>
        </w:rPr>
        <w:t>Full Name: ____________________________________________________________</w:t>
      </w:r>
    </w:p>
    <w:p>
      <w:r>
        <w:rPr>
          <w:b w:val="0"/>
          <w:sz w:val="20"/>
        </w:rPr>
        <w:t>Company (if applicable): ________________________________________________</w:t>
      </w:r>
    </w:p>
    <w:p>
      <w:r>
        <w:rPr>
          <w:b w:val="0"/>
          <w:sz w:val="20"/>
        </w:rPr>
        <w:t>Address: _______________________________________________________________</w:t>
      </w:r>
    </w:p>
    <w:p>
      <w:r>
        <w:rPr>
          <w:b w:val="0"/>
          <w:sz w:val="20"/>
        </w:rPr>
        <w:t>City, State, ZIP Code: 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sz w:val="20"/>
        </w:rPr>
        <w:t>Re: Notice of Small Balance Due</w:t>
      </w:r>
    </w:p>
    <w:p/>
    <w:p>
      <w:r>
        <w:rPr>
          <w:b w:val="0"/>
          <w:sz w:val="20"/>
        </w:rPr>
        <w:t>Dear Customer,</w:t>
      </w:r>
    </w:p>
    <w:p/>
    <w:p>
      <w:r>
        <w:rPr>
          <w:b w:val="0"/>
          <w:sz w:val="20"/>
        </w:rPr>
        <w:t>This letter serves as formal notice that your account with us currently has a small balance due. We appreciate your business and aim to maintain a positive relationship by resolving this balance promptly.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r>
              <w:t>Account Number:</w:t>
            </w:r>
          </w:p>
        </w:tc>
        <w:tc>
          <w:tcPr>
            <w:tcW w:type="dxa" w:w="4986"/>
            <w:tcBorders>
              <w:top w:val="nil"/>
              <w:left w:val="nil"/>
              <w:bottom w:val="nil"/>
              <w:right w:val="nil"/>
              <w:insideH w:val="nil"/>
              <w:insideV w:val="nil"/>
            </w:tcBorders>
          </w:tcPr>
          <w:p>
            <w:r>
              <w:t>___________________________</w:t>
            </w:r>
          </w:p>
        </w:tc>
      </w:tr>
      <w:tr>
        <w:tc>
          <w:tcPr>
            <w:tcW w:type="dxa" w:w="4986"/>
            <w:tcBorders>
              <w:top w:val="nil"/>
              <w:left w:val="nil"/>
              <w:bottom w:val="nil"/>
              <w:right w:val="nil"/>
              <w:insideH w:val="nil"/>
              <w:insideV w:val="nil"/>
            </w:tcBorders>
          </w:tcPr>
          <w:p>
            <w:r>
              <w:t>Invoice Number:</w:t>
            </w:r>
          </w:p>
        </w:tc>
        <w:tc>
          <w:tcPr>
            <w:tcW w:type="dxa" w:w="4986"/>
            <w:tcBorders>
              <w:top w:val="nil"/>
              <w:left w:val="nil"/>
              <w:bottom w:val="nil"/>
              <w:right w:val="nil"/>
              <w:insideH w:val="nil"/>
              <w:insideV w:val="nil"/>
            </w:tcBorders>
          </w:tcPr>
          <w:p>
            <w:r>
              <w:t>___________________________</w:t>
            </w:r>
          </w:p>
        </w:tc>
      </w:tr>
      <w:tr>
        <w:tc>
          <w:tcPr>
            <w:tcW w:type="dxa" w:w="4986"/>
            <w:tcBorders>
              <w:top w:val="nil"/>
              <w:left w:val="nil"/>
              <w:bottom w:val="nil"/>
              <w:right w:val="nil"/>
              <w:insideH w:val="nil"/>
              <w:insideV w:val="nil"/>
            </w:tcBorders>
          </w:tcPr>
          <w:p>
            <w:r>
              <w:t>Original Invoice Date:</w:t>
            </w:r>
          </w:p>
        </w:tc>
        <w:tc>
          <w:tcPr>
            <w:tcW w:type="dxa" w:w="4986"/>
            <w:tcBorders>
              <w:top w:val="nil"/>
              <w:left w:val="nil"/>
              <w:bottom w:val="nil"/>
              <w:right w:val="nil"/>
              <w:insideH w:val="nil"/>
              <w:insideV w:val="nil"/>
            </w:tcBorders>
          </w:tcPr>
          <w:p>
            <w:r>
              <w:t>___________________________</w:t>
            </w:r>
          </w:p>
        </w:tc>
      </w:tr>
      <w:tr>
        <w:tc>
          <w:tcPr>
            <w:tcW w:type="dxa" w:w="4986"/>
            <w:tcBorders>
              <w:top w:val="nil"/>
              <w:left w:val="nil"/>
              <w:bottom w:val="nil"/>
              <w:right w:val="nil"/>
              <w:insideH w:val="nil"/>
              <w:insideV w:val="nil"/>
            </w:tcBorders>
          </w:tcPr>
          <w:p>
            <w:r>
              <w:t>Outstanding Balance:</w:t>
            </w:r>
          </w:p>
        </w:tc>
        <w:tc>
          <w:tcPr>
            <w:tcW w:type="dxa" w:w="4986"/>
            <w:tcBorders>
              <w:top w:val="nil"/>
              <w:left w:val="nil"/>
              <w:bottom w:val="nil"/>
              <w:right w:val="nil"/>
              <w:insideH w:val="nil"/>
              <w:insideV w:val="nil"/>
            </w:tcBorders>
          </w:tcPr>
          <w:p>
            <w:r>
              <w:t>$_________________________</w:t>
            </w:r>
          </w:p>
        </w:tc>
      </w:tr>
      <w:tr>
        <w:tc>
          <w:tcPr>
            <w:tcW w:type="dxa" w:w="4986"/>
            <w:tcBorders>
              <w:top w:val="nil"/>
              <w:left w:val="nil"/>
              <w:bottom w:val="nil"/>
              <w:right w:val="nil"/>
              <w:insideH w:val="nil"/>
              <w:insideV w:val="nil"/>
            </w:tcBorders>
          </w:tcPr>
          <w:p>
            <w:r>
              <w:t>Due Date:</w:t>
            </w:r>
          </w:p>
        </w:tc>
        <w:tc>
          <w:tcPr>
            <w:tcW w:type="dxa" w:w="4986"/>
            <w:tcBorders>
              <w:top w:val="nil"/>
              <w:left w:val="nil"/>
              <w:bottom w:val="nil"/>
              <w:right w:val="nil"/>
              <w:insideH w:val="nil"/>
              <w:insideV w:val="nil"/>
            </w:tcBorders>
          </w:tcPr>
          <w:p>
            <w:r>
              <w:t>___________________________</w:t>
            </w:r>
          </w:p>
        </w:tc>
      </w:tr>
    </w:tbl>
    <w:p/>
    <w:p/>
    <w:p>
      <w:r>
        <w:rPr>
          <w:b/>
          <w:sz w:val="20"/>
        </w:rPr>
        <w:t>Payment Instructions:</w:t>
      </w:r>
    </w:p>
    <w:p/>
    <w:p>
      <w:r>
        <w:rPr>
          <w:b w:val="0"/>
          <w:sz w:val="20"/>
        </w:rPr>
        <w:t>Please remit payment of the outstanding balance within fifteen (15) days of receipt of this letter to avoid any disruption in service or additional charges.</w:t>
      </w:r>
    </w:p>
    <w:p/>
    <w:p>
      <w:r>
        <w:rPr>
          <w:b w:val="0"/>
          <w:sz w:val="20"/>
        </w:rPr>
        <w:t>Payment methods accepted include check, credit card, or electronic funds transfer. For your convenience, payments can be made via the following methods:</w:t>
      </w:r>
    </w:p>
    <w:p>
      <w:r>
        <w:rPr>
          <w:b w:val="0"/>
          <w:sz w:val="20"/>
        </w:rPr>
        <w:t>• Check payable to: _____________________________</w:t>
      </w:r>
    </w:p>
    <w:p>
      <w:r>
        <w:rPr>
          <w:b w:val="0"/>
          <w:sz w:val="20"/>
        </w:rPr>
        <w:t>• Credit Card: Call our office at __________________</w:t>
      </w:r>
    </w:p>
    <w:p>
      <w:r>
        <w:rPr>
          <w:b w:val="0"/>
          <w:sz w:val="20"/>
        </w:rPr>
        <w:t>• Electronic Funds Transfer: Account #: ________________, Routing #: ________________</w:t>
      </w:r>
    </w:p>
    <w:p/>
    <w:p/>
    <w:p>
      <w:r>
        <w:rPr>
          <w:b/>
          <w:sz w:val="20"/>
        </w:rPr>
        <w:t>Consequences of Non-Payment:</w:t>
      </w:r>
    </w:p>
    <w:p/>
    <w:p>
      <w:r>
        <w:rPr>
          <w:b w:val="0"/>
          <w:sz w:val="20"/>
        </w:rPr>
        <w:t>If payment is not received within the specified timeframe, your account may be subject to the following actions:</w:t>
      </w:r>
    </w:p>
    <w:p>
      <w:r>
        <w:rPr>
          <w:b w:val="0"/>
          <w:sz w:val="20"/>
        </w:rPr>
        <w:t>• Late fees as permitted by applicable law and our agreement.</w:t>
      </w:r>
    </w:p>
    <w:p>
      <w:r>
        <w:rPr>
          <w:b w:val="0"/>
          <w:sz w:val="20"/>
        </w:rPr>
        <w:t>• Suspension or termination of services.</w:t>
      </w:r>
    </w:p>
    <w:p>
      <w:r>
        <w:rPr>
          <w:b w:val="0"/>
          <w:sz w:val="20"/>
        </w:rPr>
        <w:t>• Referral to a collection agency or legal counsel.</w:t>
      </w:r>
    </w:p>
    <w:p/>
    <w:p/>
    <w:p>
      <w:r>
        <w:rPr>
          <w:b/>
          <w:sz w:val="20"/>
        </w:rPr>
        <w:t>Dispute Resolution:</w:t>
      </w:r>
    </w:p>
    <w:p/>
    <w:p>
      <w:r>
        <w:rPr>
          <w:b w:val="0"/>
          <w:sz w:val="20"/>
        </w:rPr>
        <w:t>If you believe this balance is incorrect or have any questions regarding this notice, please contact our billing department within ten (10) business days of receipt to discuss and resolve any discrepancies.</w:t>
      </w:r>
    </w:p>
    <w:p/>
    <w:p/>
    <w:p>
      <w:r>
        <w:rPr>
          <w:b/>
          <w:sz w:val="20"/>
        </w:rPr>
        <w:t>Legal Compliance and Enforceability:</w:t>
      </w:r>
    </w:p>
    <w:p/>
    <w:p>
      <w:r>
        <w:rPr>
          <w:b w:val="0"/>
          <w:sz w:val="20"/>
        </w:rPr>
        <w:t>This Small Balance Due Letter is issued in accordance with applicable United States federal and state laws and the terms of your agreement with us. By remitting payment, you acknowledge and agree to the balance stated herein and waive any rights to dispute or delay payment except as outlined above.</w:t>
      </w:r>
    </w:p>
    <w:p/>
    <w:p/>
    <w:p>
      <w:r>
        <w:rPr>
          <w:b w:val="0"/>
          <w:sz w:val="20"/>
        </w:rPr>
        <w:t>We value your prompt attention to this matter and appreciate your continued business.</w:t>
      </w:r>
    </w:p>
    <w:p/>
    <w:p/>
    <w:p>
      <w:r>
        <w:rPr>
          <w:b w:val="0"/>
          <w:sz w:val="20"/>
        </w:rPr>
        <w:t>Sincerely,</w:t>
      </w:r>
    </w:p>
    <w:p/>
    <w:p/>
    <w:p/>
    <w:p>
      <w:r>
        <w:rPr>
          <w:b w:val="0"/>
          <w:sz w:val="20"/>
        </w:rPr>
        <w:t>Authorized Representative Name: ________________________________</w:t>
      </w:r>
    </w:p>
    <w:p>
      <w:r>
        <w:rPr>
          <w:b w:val="0"/>
          <w:sz w:val="20"/>
        </w:rPr>
        <w:t>Title: ____________________________________________________________</w:t>
      </w:r>
    </w:p>
    <w:p>
      <w:r>
        <w:rPr>
          <w:b w:val="0"/>
          <w:sz w:val="20"/>
        </w:rPr>
        <w:t>Company Name: ____________________________________________________</w:t>
      </w:r>
    </w:p>
    <w:p>
      <w:r>
        <w:rPr>
          <w:b w:val="0"/>
          <w:sz w:val="20"/>
        </w:rPr>
        <w:t>Phone: ____________________________________________________________</w:t>
      </w:r>
    </w:p>
    <w:p>
      <w:r>
        <w:rPr>
          <w:b w:val="0"/>
          <w:sz w:val="20"/>
        </w:rPr>
        <w:t>Email: _____________________________________________________________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Customer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https://lettertemplate-us.com/small-balance-due-letter/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small-balance-du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