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SORORITY RECOMMENDATION LETTER</w:t>
      </w:r>
    </w:p>
    <w:p/>
    <w:p/>
    <w:p>
      <w:r>
        <w:rPr>
          <w:b w:val="0"/>
          <w:sz w:val="20"/>
        </w:rPr>
        <w:t>To the Membership Committee,</w:t>
      </w:r>
    </w:p>
    <w:p>
      <w:r>
        <w:rPr>
          <w:b w:val="0"/>
          <w:sz w:val="20"/>
        </w:rPr>
        <w:t>_________________________________________</w:t>
      </w:r>
    </w:p>
    <w:p>
      <w:r>
        <w:rPr>
          <w:b w:val="0"/>
          <w:sz w:val="20"/>
        </w:rPr>
        <w:t>_________________________________________</w:t>
      </w:r>
    </w:p>
    <w:p>
      <w:r>
        <w:rPr>
          <w:b w:val="0"/>
          <w:sz w:val="20"/>
        </w:rPr>
        <w:t>_________________________________________</w:t>
      </w:r>
    </w:p>
    <w:p/>
    <w:p/>
    <w:p>
      <w:r>
        <w:rPr>
          <w:b w:val="0"/>
          <w:sz w:val="20"/>
        </w:rPr>
        <w:t>Dear Members of the Committee,</w:t>
      </w:r>
    </w:p>
    <w:p/>
    <w:p>
      <w:r>
        <w:rPr>
          <w:b w:val="0"/>
          <w:sz w:val="20"/>
        </w:rPr>
        <w:t>I am honored to provide this letter of recommendation on behalf of the candidate for membership in your esteemed sorority. It is with great confidence and enthusiasm that I vouch for the candidate’s character, achievements, and commitment to the values and principles upheld by your organization.</w:t>
      </w:r>
    </w:p>
    <w:p/>
    <w:p>
      <w:r>
        <w:rPr>
          <w:b/>
          <w:sz w:val="20"/>
        </w:rPr>
        <w:t>Candidate Information:</w:t>
      </w:r>
    </w:p>
    <w:p>
      <w:r>
        <w:rPr>
          <w:b w:val="0"/>
          <w:sz w:val="20"/>
        </w:rPr>
        <w:t>Full Name: ____________________________________________________________</w:t>
      </w:r>
    </w:p>
    <w:p>
      <w:r>
        <w:rPr>
          <w:b w:val="0"/>
          <w:sz w:val="20"/>
        </w:rPr>
        <w:t>University/College: ____________________________________________________</w:t>
      </w:r>
    </w:p>
    <w:p>
      <w:r>
        <w:rPr>
          <w:b w:val="0"/>
          <w:sz w:val="20"/>
        </w:rPr>
        <w:t>Year/Classification: ___________________________________________________</w:t>
      </w:r>
    </w:p>
    <w:p>
      <w:r>
        <w:rPr>
          <w:b w:val="0"/>
          <w:sz w:val="20"/>
        </w:rPr>
        <w:t>Major/Field of Study: _________________________________________________</w:t>
      </w:r>
    </w:p>
    <w:p/>
    <w:p>
      <w:r>
        <w:rPr>
          <w:b/>
          <w:sz w:val="20"/>
        </w:rPr>
        <w:t>Character and Personal Qualities:</w:t>
      </w:r>
    </w:p>
    <w:p>
      <w:r>
        <w:rPr>
          <w:b w:val="0"/>
          <w:sz w:val="20"/>
        </w:rPr>
        <w:t>The candidate exemplifies integrity, leadership, and a spirit of community service. Throughout my acquaintance, I have observed her to be dependable, compassionate, and respectful to peers and faculty alike. These qualities strongly align with the sorority’s mission to foster sisterhood, scholarship, and service.</w:t>
      </w:r>
    </w:p>
    <w:p/>
    <w:p>
      <w:r>
        <w:rPr>
          <w:b/>
          <w:sz w:val="20"/>
        </w:rPr>
        <w:t>Academic Excellence:</w:t>
      </w:r>
    </w:p>
    <w:p>
      <w:r>
        <w:rPr>
          <w:b w:val="0"/>
          <w:sz w:val="20"/>
        </w:rPr>
        <w:t>The candidate maintains a strong academic record, consistently demonstrating dedication and intellectual curiosity. She actively participates in class discussions, group projects, and pursues academic enrichment opportunities beyond the classroom.</w:t>
      </w:r>
    </w:p>
    <w:p/>
    <w:p>
      <w:r>
        <w:rPr>
          <w:b/>
          <w:sz w:val="20"/>
        </w:rPr>
        <w:t>Leadership and Campus Involvement:</w:t>
      </w:r>
    </w:p>
    <w:p>
      <w:r>
        <w:rPr>
          <w:b w:val="0"/>
          <w:sz w:val="20"/>
        </w:rPr>
        <w:t>She has taken active roles in multiple campus organizations and initiatives, showcasing her ability to lead and collaborate effectively. Her contributions have resulted in positive impacts within the student community, including organizing events, volunteering, and mentoring underclassmen.</w:t>
      </w:r>
    </w:p>
    <w:p/>
    <w:p>
      <w:r>
        <w:rPr>
          <w:b/>
          <w:sz w:val="20"/>
        </w:rPr>
        <w:t>Commitment to Sorority Values:</w:t>
      </w:r>
    </w:p>
    <w:p>
      <w:r>
        <w:rPr>
          <w:b w:val="0"/>
          <w:sz w:val="20"/>
        </w:rPr>
        <w:t>The candidate’s personal philosophy and conduct embody the core values of sisterhood, scholarship, and service that are central to your sorority. She is eager to contribute her time, talents, and enthusiasm to uphold and advance these ideals.</w:t>
      </w:r>
    </w:p>
    <w:p/>
    <w:p>
      <w:r>
        <w:rPr>
          <w:b w:val="0"/>
          <w:sz w:val="20"/>
        </w:rPr>
        <w:t>In conclusion, I strongly recommend this candidate for membership without reservation. I am confident she will be a valuable addition to your sorority, enriching the community and upholding its esteemed traditions.</w:t>
      </w:r>
    </w:p>
    <w:p/>
    <w:p/>
    <w:p>
      <w:r>
        <w:rPr>
          <w:b w:val="0"/>
          <w:sz w:val="20"/>
        </w:rPr>
        <w:t>Should you require any additional information or wish to discuss this recommendation further, please do not hesitate to contact me at:</w:t>
      </w:r>
    </w:p>
    <w:p>
      <w:r>
        <w:rPr>
          <w:b w:val="0"/>
          <w:sz w:val="20"/>
        </w:rPr>
        <w:t>Phone: _______________________________________________________________</w:t>
      </w:r>
    </w:p>
    <w:p>
      <w:r>
        <w:rPr>
          <w:b w:val="0"/>
          <w:sz w:val="20"/>
        </w:rPr>
        <w:t>Email: _______________________________________________________________</w:t>
      </w:r>
    </w:p>
    <w:p/>
    <w:p/>
    <w:p>
      <w:r>
        <w:rPr>
          <w:b w:val="0"/>
          <w:sz w:val="20"/>
        </w:rPr>
        <w:t>Sincerely,</w:t>
      </w:r>
    </w:p>
    <w:p/>
    <w:p/>
    <w:p/>
    <w:p/>
    <w:p>
      <w:r>
        <w:rPr>
          <w:b w:val="0"/>
          <w:sz w:val="20"/>
        </w:rPr>
        <w:t>Name: ________________________________________________________________</w:t>
      </w:r>
    </w:p>
    <w:p>
      <w:r>
        <w:rPr>
          <w:b w:val="0"/>
          <w:sz w:val="20"/>
        </w:rPr>
        <w:t>Title/Relationship to Candidate: ________________________________________</w:t>
      </w:r>
    </w:p>
    <w:p>
      <w:r>
        <w:rPr>
          <w:b w:val="0"/>
          <w:sz w:val="20"/>
        </w:rPr>
        <w:t>Institution/Organization: 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__________________________________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MM/DD/YYYY: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https://lettertemplate-us.com/sorority-recommendation-letter/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orority-recommend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