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SPORTS DONATION LETTER</w:t>
      </w:r>
    </w:p>
    <w:p/>
    <w:p/>
    <w:p>
      <w:r>
        <w:rPr>
          <w:b w:val="0"/>
          <w:sz w:val="20"/>
        </w:rPr>
        <w:t>To Whom It May Concern:</w:t>
      </w:r>
    </w:p>
    <w:p/>
    <w:p>
      <w:r>
        <w:rPr>
          <w:b w:val="0"/>
          <w:sz w:val="20"/>
        </w:rPr>
        <w:t>This letter serves as a formal acknowledgment of a donation made for the support and promotion of sports activities and related programs. The Donor hereby commits to contributing the following item(s) or monetary amount to the Recipient organization, as detailed below.</w:t>
      </w:r>
    </w:p>
    <w:p/>
    <w:p/>
    <w:p>
      <w:r>
        <w:rPr>
          <w:b/>
          <w:sz w:val="20"/>
        </w:rPr>
        <w:t>DONOR INFORMATION</w:t>
      </w:r>
    </w:p>
    <w:p>
      <w:r>
        <w:rPr>
          <w:b w:val="0"/>
          <w:sz w:val="20"/>
        </w:rPr>
        <w:t>Full Name/Organization: 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Organization Name: 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DESCRIPTION OF DONATION</w:t>
      </w:r>
    </w:p>
    <w:p>
      <w:r>
        <w:rPr>
          <w:b w:val="0"/>
          <w:sz w:val="20"/>
        </w:rPr>
        <w:t>Type of Donation (e.g., equipment, monetary, services): ___________________</w:t>
      </w:r>
    </w:p>
    <w:p>
      <w:r>
        <w:rPr>
          <w:b w:val="0"/>
          <w:sz w:val="20"/>
        </w:rPr>
        <w:t>Detailed Description: ___________________________________________________</w:t>
      </w:r>
    </w:p>
    <w:p>
      <w:r>
        <w:rPr>
          <w:b w:val="0"/>
          <w:sz w:val="20"/>
        </w:rPr>
        <w:t>Estimated Fair Market Value (if applicable): ______________________________</w:t>
      </w:r>
    </w:p>
    <w:p/>
    <w:p>
      <w:r>
        <w:rPr>
          <w:b/>
          <w:sz w:val="20"/>
        </w:rPr>
        <w:t>PURPOSE OF DONATION</w:t>
      </w:r>
    </w:p>
    <w:p>
      <w:r>
        <w:rPr>
          <w:b w:val="0"/>
          <w:sz w:val="20"/>
        </w:rPr>
        <w:t>The donation is intended exclusively for the support, development, and promotion of sports programs, events, and related activities organized or sponsored by the Recipient.</w:t>
      </w:r>
    </w:p>
    <w:p/>
    <w:p>
      <w:r>
        <w:rPr>
          <w:b/>
          <w:sz w:val="20"/>
        </w:rPr>
        <w:t>NON-RETURNABLE DONATION</w:t>
      </w:r>
    </w:p>
    <w:p>
      <w:r>
        <w:rPr>
          <w:b w:val="0"/>
          <w:sz w:val="20"/>
        </w:rPr>
        <w:t>The Donor confirms that this donation is made voluntarily and irrevocably, without expectation of return or compensation, except as provided by law. The Recipient agrees to use the donation solely for the purposes stated herein.</w:t>
      </w:r>
    </w:p>
    <w:p/>
    <w:p>
      <w:r>
        <w:rPr>
          <w:b/>
          <w:sz w:val="20"/>
        </w:rPr>
        <w:t>TAX DEDUCTION AND COMPLIANCE</w:t>
      </w:r>
    </w:p>
    <w:p>
      <w:r>
        <w:rPr>
          <w:b w:val="0"/>
          <w:sz w:val="20"/>
        </w:rPr>
        <w:t>The Recipient organization confirms that it is a qualified 501(c)(3) tax-exempt organization under United States federal law. This donation may be tax-deductible to the Donor to the extent allowed by law. No goods or services were provided by the Recipient in exchange for this donation, except as described herein.</w:t>
      </w:r>
    </w:p>
    <w:p/>
    <w:p>
      <w:r>
        <w:rPr>
          <w:b/>
          <w:sz w:val="20"/>
        </w:rPr>
        <w:t>ACKNOWLEDGMENT OF DONATION</w:t>
      </w:r>
    </w:p>
    <w:p>
      <w:r>
        <w:rPr>
          <w:b w:val="0"/>
          <w:sz w:val="20"/>
        </w:rPr>
        <w:t>The Recipient acknowledges receipt of the donation described above and agrees to issue a formal receipt of this donation in compliance with IRS regulations if requested by the Donor.</w:t>
      </w:r>
    </w:p>
    <w:p/>
    <w:p>
      <w:r>
        <w:rPr>
          <w:b/>
          <w:sz w:val="20"/>
        </w:rPr>
        <w:t>REPRESENTATIONS AND WARRANTIES</w:t>
      </w:r>
    </w:p>
    <w:p>
      <w:r>
        <w:rPr>
          <w:b w:val="0"/>
          <w:sz w:val="20"/>
        </w:rPr>
        <w:t>The Donor represents and warrants that they have full legal authority to make this donation and that the donated items are free of any liens, claims, or encumbrances. The Recipient represents and warrants that it will use the donation in accordance with applicable laws and the terms stated herein.</w:t>
      </w:r>
    </w:p>
    <w:p/>
    <w:p>
      <w:r>
        <w:rPr>
          <w:b/>
          <w:sz w:val="20"/>
        </w:rPr>
        <w:t>LIMITATION OF LIABILITY</w:t>
      </w:r>
    </w:p>
    <w:p>
      <w:r>
        <w:rPr>
          <w:b w:val="0"/>
          <w:sz w:val="20"/>
        </w:rPr>
        <w:t>The Donor agrees that the Recipient shall not be held liable for any damages or losses related to the donated items after transfer of possession. The donation is provided "as is" without warranties of any kind, express or implied.</w:t>
      </w:r>
    </w:p>
    <w:p/>
    <w:p>
      <w:r>
        <w:rPr>
          <w:b/>
          <w:sz w:val="20"/>
        </w:rPr>
        <w:t>GOVERNING LAW AND JURISDICTION</w:t>
      </w:r>
    </w:p>
    <w:p>
      <w:r>
        <w:rPr>
          <w:b w:val="0"/>
          <w:sz w:val="20"/>
        </w:rPr>
        <w:t>This donation letter and any disputes arising hereunder shall be governed by and construed in accordance with the laws of the United States and the state in which the Recipient organization is located. Any legal action shall be brought exclusively in the competent courts of that jurisdiction.</w:t>
      </w:r>
    </w:p>
    <w:p/>
    <w:p>
      <w:r>
        <w:rPr>
          <w:b/>
          <w:sz w:val="20"/>
        </w:rPr>
        <w:t>ENTIRE AGREEMENT</w:t>
      </w:r>
    </w:p>
    <w:p>
      <w:r>
        <w:rPr>
          <w:b w:val="0"/>
          <w:sz w:val="20"/>
        </w:rPr>
        <w:t>This letter contains the entire agreement between the parties with respect to the donation and supersedes all prior understandings or agreements, written or oral. Any modifications must be made in writing and signed by both parties.</w:t>
      </w:r>
    </w:p>
    <w:p/>
    <w:p/>
    <w:p>
      <w:r>
        <w:rPr>
          <w:b w:val="0"/>
          <w:sz w:val="20"/>
        </w:rPr>
        <w:t>Place of Signing: _______________________________________________________</w:t>
      </w:r>
    </w:p>
    <w:p>
      <w:r>
        <w:rPr>
          <w:b w:val="0"/>
          <w:sz w:val="20"/>
        </w:rPr>
        <w:t>Date of Signing: 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DONOR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https://lettertemplate-us.com/sports-donation-letter/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sports-donati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