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STUDENT LETTER</w:t>
      </w:r>
    </w:p>
    <w:p/>
    <w:p>
      <w:r>
        <w:rPr>
          <w:b/>
          <w:sz w:val="20"/>
        </w:rPr>
        <w:t>Sender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Student ID: 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Title/Position: _______________________________________________________</w:t>
      </w:r>
    </w:p>
    <w:p>
      <w:r>
        <w:rPr>
          <w:b w:val="0"/>
          <w:sz w:val="20"/>
        </w:rPr>
        <w:t>Institution/Organization: 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/>
    <w:p>
      <w:r>
        <w:rPr>
          <w:b/>
          <w:sz w:val="20"/>
        </w:rPr>
        <w:t>Subject: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 w:val="0"/>
          <w:sz w:val="20"/>
        </w:rPr>
        <w:t>Dear _________________________________________________________________,</w:t>
      </w:r>
    </w:p>
    <w:p/>
    <w:p>
      <w:r>
        <w:rPr>
          <w:b/>
          <w:sz w:val="20"/>
        </w:rPr>
        <w:t>Introduction:</w:t>
      </w:r>
    </w:p>
    <w:p>
      <w:r>
        <w:rPr>
          <w:b w:val="0"/>
          <w:sz w:val="20"/>
        </w:rPr>
        <w:t>I am writing to you regarding the matter outlined above. Please find the details below.</w:t>
      </w:r>
    </w:p>
    <w:p/>
    <w:p>
      <w:r>
        <w:rPr>
          <w:b/>
          <w:sz w:val="20"/>
        </w:rPr>
        <w:t>Details: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Purpose/Request: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Additional Information: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 w:val="0"/>
          <w:sz w:val="20"/>
        </w:rPr>
        <w:t>Thank you for your attention to this matter. Please do not hesitate to contact me should you require any further information or clarification.</w:t>
      </w:r>
    </w:p>
    <w:p/>
    <w:p/>
    <w:p>
      <w:r>
        <w:rPr>
          <w:b w:val="0"/>
          <w:sz w:val="20"/>
        </w:rPr>
        <w:t>Sincerely,</w:t>
      </w:r>
    </w:p>
    <w:p/>
    <w:p/>
    <w:p/>
    <w:p/>
    <w:p>
      <w:r>
        <w:rPr>
          <w:b w:val="0"/>
          <w:sz w:val="20"/>
        </w:rPr>
        <w:t>_____________________________________________________</w:t>
      </w:r>
    </w:p>
    <w:p>
      <w:r>
        <w:rPr>
          <w:b w:val="0"/>
          <w:sz w:val="20"/>
        </w:rPr>
        <w:t>Full Name</w:t>
      </w:r>
    </w:p>
    <w:p>
      <w:r>
        <w:rPr>
          <w:b w:val="0"/>
          <w:sz w:val="20"/>
        </w:rPr>
        <w:t>Student ID</w:t>
      </w:r>
    </w:p>
    <w:p/>
    <w:p>
      <w:r>
        <w:rPr>
          <w:b/>
          <w:sz w:val="20"/>
        </w:rPr>
        <w:t>Attachments (if any):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Sender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Recipient Signature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https://lettertemplate-us.com/student-letter/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template-us.com/student-letter/" TargetMode="External"/><Relationship Id="rId10" Type="http://schemas.openxmlformats.org/officeDocument/2006/relationships/hyperlink" Target="https://letter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