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SUMMER CAMP LETTER TO PARENTS</w:t>
      </w:r>
    </w:p>
    <w:p/>
    <w:p>
      <w:r>
        <w:rPr>
          <w:b/>
          <w:sz w:val="20"/>
        </w:rPr>
        <w:t>Dear Parents and Guardians,</w:t>
      </w:r>
    </w:p>
    <w:p/>
    <w:p>
      <w:r>
        <w:rPr>
          <w:b w:val="0"/>
          <w:sz w:val="20"/>
        </w:rPr>
        <w:t>We are pleased to welcome your child to our Summer Camp program. This letter contains important information regarding camp policies, activities, safety guidelines, and legal agreements designed to provide a safe, enjoyable, and enriching experience for all participants. Please read this letter carefully, complete all necessary forms, and retain a copy for your records.</w:t>
      </w:r>
    </w:p>
    <w:p/>
    <w:p/>
    <w:p>
      <w:r>
        <w:rPr>
          <w:b/>
          <w:sz w:val="22"/>
        </w:rPr>
        <w:t>Camp Details</w:t>
      </w:r>
    </w:p>
    <w:p>
      <w:r>
        <w:rPr>
          <w:b w:val="0"/>
          <w:sz w:val="20"/>
        </w:rPr>
        <w:t>Camp Location: _________________________________________________________</w:t>
      </w:r>
    </w:p>
    <w:p>
      <w:r>
        <w:rPr>
          <w:b w:val="0"/>
          <w:sz w:val="20"/>
        </w:rPr>
        <w:t>Camp Hours: ____________________________________________________________</w:t>
      </w:r>
    </w:p>
    <w:p>
      <w:r>
        <w:rPr>
          <w:b w:val="0"/>
          <w:sz w:val="20"/>
        </w:rPr>
        <w:t>Camp Director: __________________________________________________________</w:t>
      </w:r>
    </w:p>
    <w:p>
      <w:r>
        <w:rPr>
          <w:b w:val="0"/>
          <w:sz w:val="20"/>
        </w:rPr>
        <w:t>Contact Phone Number: _________________________________________________</w:t>
      </w:r>
    </w:p>
    <w:p/>
    <w:p>
      <w:r>
        <w:rPr>
          <w:b/>
          <w:sz w:val="22"/>
        </w:rPr>
        <w:t>Registration and Attendance</w:t>
      </w:r>
    </w:p>
    <w:p>
      <w:r>
        <w:rPr>
          <w:b w:val="0"/>
          <w:sz w:val="20"/>
        </w:rPr>
        <w:t>All campers must be registered prior to attending camp. Registration forms, including health and emergency contact information, must be completed and submitted. Attendance is required daily unless otherwise communicated. Please notify camp staff promptly of any absences.</w:t>
      </w:r>
    </w:p>
    <w:p/>
    <w:p>
      <w:r>
        <w:rPr>
          <w:b/>
          <w:sz w:val="22"/>
        </w:rPr>
        <w:t>Health and Safety</w:t>
      </w:r>
    </w:p>
    <w:p>
      <w:r>
        <w:rPr>
          <w:b w:val="0"/>
          <w:sz w:val="20"/>
        </w:rPr>
        <w:t>Parents must inform camp staff of any medical conditions, allergies, or special needs your child has. Medications must be provided in their original containers with instructions, and proper authorization forms must be completed. Our staff is trained in first aid and CPR and will take all reasonable measures to ensure camper safety. In case of emergency, medical treatment may be administered and parents will be notified as soon as possible.</w:t>
      </w:r>
    </w:p>
    <w:p/>
    <w:p>
      <w:r>
        <w:rPr>
          <w:b/>
          <w:sz w:val="22"/>
        </w:rPr>
        <w:t>Code of Conduct</w:t>
      </w:r>
    </w:p>
    <w:p>
      <w:r>
        <w:rPr>
          <w:b w:val="0"/>
          <w:sz w:val="20"/>
        </w:rPr>
        <w:t>Campers are expected to behave respectfully toward staff, other campers, and camp property. Bullying, harassment, or disruptive behavior will not be tolerated and may result in dismissal from camp without refund. Parents will be contacted to assist in resolving any behavior issues.</w:t>
      </w:r>
    </w:p>
    <w:p/>
    <w:p>
      <w:r>
        <w:rPr>
          <w:b/>
          <w:sz w:val="22"/>
        </w:rPr>
        <w:t>Activities and Supervision</w:t>
      </w:r>
    </w:p>
    <w:p>
      <w:r>
        <w:rPr>
          <w:b w:val="0"/>
          <w:sz w:val="20"/>
        </w:rPr>
        <w:t>The camp offers a variety of age-appropriate activities including sports, arts and crafts, nature exploration, and team-building exercises. All activities are supervised by qualified staff. Campers must follow safety rules at all times. Participation in certain activities may require parental permission indicated on registration forms.</w:t>
      </w:r>
    </w:p>
    <w:p/>
    <w:p>
      <w:r>
        <w:rPr>
          <w:b/>
          <w:sz w:val="22"/>
        </w:rPr>
        <w:t>Liability and Release</w:t>
      </w:r>
    </w:p>
    <w:p>
      <w:r>
        <w:rPr>
          <w:b w:val="0"/>
          <w:sz w:val="20"/>
        </w:rPr>
        <w:t>By enrolling your child in this Summer Camp, you acknowledge and accept that participation involves inherent risks, including but not limited to physical injury. You agree to release and hold harmless the camp, its employees, volunteers, agents, and affiliated organizations from any and all liability, claims, demands, or causes of action arising out of or related to any loss, damage, injury, or illness incurred while participating in camp activities, except to the extent caused by gross negligence or willful misconduct of the camp.</w:t>
      </w:r>
    </w:p>
    <w:p/>
    <w:p>
      <w:r>
        <w:rPr>
          <w:b/>
          <w:sz w:val="22"/>
        </w:rPr>
        <w:t>Photo and Media Release</w:t>
      </w:r>
    </w:p>
    <w:p>
      <w:r>
        <w:rPr>
          <w:b w:val="0"/>
          <w:sz w:val="20"/>
        </w:rPr>
        <w:t>You grant permission for your child's photograph, video, or likeness to be used by the camp for promotional purposes, including but not limited to brochures, websites, and social media. If you do not consent to this, please inform camp staff in writing prior to the start of camp.</w:t>
      </w:r>
    </w:p>
    <w:p/>
    <w:p>
      <w:r>
        <w:rPr>
          <w:b/>
          <w:sz w:val="22"/>
        </w:rPr>
        <w:t>Payment and Refund Policy</w:t>
      </w:r>
    </w:p>
    <w:p>
      <w:r>
        <w:rPr>
          <w:b w:val="0"/>
          <w:sz w:val="20"/>
        </w:rPr>
        <w:t>Camp fees must be paid in full prior to attendance. Payment plans may be available upon request. Refunds will be considered only in cases of medical necessity with proper documentation. The camp reserves the right to cancel sessions if minimum enrollment is not met, in which case full refunds will be issued.</w:t>
      </w:r>
    </w:p>
    <w:p/>
    <w:p>
      <w:r>
        <w:rPr>
          <w:b/>
          <w:sz w:val="22"/>
        </w:rPr>
        <w:t>Pick-up and Drop-off Procedures</w:t>
      </w:r>
    </w:p>
    <w:p>
      <w:r>
        <w:rPr>
          <w:b w:val="0"/>
          <w:sz w:val="20"/>
        </w:rPr>
        <w:t>Campers must be dropped off and picked up at designated times and locations. Only authorized individuals listed on the registration form may pick up campers. Identification may be required. If someone other than an authorized person will pick up your child, you must notify camp staff in writing in advance.</w:t>
      </w:r>
    </w:p>
    <w:p/>
    <w:p>
      <w:r>
        <w:rPr>
          <w:b/>
          <w:sz w:val="22"/>
        </w:rPr>
        <w:t>Emergencies and Communication</w:t>
      </w:r>
    </w:p>
    <w:p>
      <w:r>
        <w:rPr>
          <w:b w:val="0"/>
          <w:sz w:val="20"/>
        </w:rPr>
        <w:t>In case of emergencies, camp staff will contact parents or guardians using the contact information provided. Please ensure your contact information is current and notify camp staff of any changes immediately. The camp will communicate important updates or changes through email, phone, or posted notices.</w:t>
      </w:r>
    </w:p>
    <w:p/>
    <w:p>
      <w:r>
        <w:rPr>
          <w:b/>
          <w:sz w:val="22"/>
        </w:rPr>
        <w:t>Legal Compliance and Governing Law</w:t>
      </w:r>
    </w:p>
    <w:p>
      <w:r>
        <w:rPr>
          <w:b w:val="0"/>
          <w:sz w:val="20"/>
        </w:rPr>
        <w:t>This agreement and participation in camp shall be governed by and construed in accordance with the laws of the United States and the state in which the camp operates. Any disputes arising from or related to camp participation shall be subject to the exclusive jurisdiction of the appropriate courts within that state.</w:t>
      </w:r>
    </w:p>
    <w:p/>
    <w:p/>
    <w:p>
      <w:r>
        <w:rPr>
          <w:b w:val="0"/>
          <w:sz w:val="20"/>
        </w:rPr>
        <w:t>Please sign below to acknowledge that you have read, understood, and agree to the terms and conditions outlined in this letter.</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Parent/Guardian Name</w:t>
            </w:r>
          </w:p>
        </w:tc>
        <w:tc>
          <w:tcPr>
            <w:tcW w:type="dxa" w:w="4986"/>
            <w:tcBorders>
              <w:top w:val="nil"/>
              <w:left w:val="nil"/>
              <w:bottom w:val="nil"/>
              <w:right w:val="nil"/>
              <w:insideH w:val="nil"/>
              <w:insideV w:val="nil"/>
            </w:tcBorders>
          </w:tcPr>
          <w:p>
            <w:pPr>
              <w:jc w:val="center"/>
            </w:pPr>
            <w:r>
              <w:t>Signature</w:t>
            </w:r>
          </w:p>
        </w:tc>
      </w:tr>
      <w:tr>
        <w:tc>
          <w:tcPr>
            <w:tcW w:type="dxa" w:w="4986"/>
            <w:tcBorders>
              <w:top w:val="nil"/>
              <w:left w:val="nil"/>
              <w:bottom w:val="nil"/>
              <w:right w:val="nil"/>
              <w:insideH w:val="nil"/>
              <w:insideV w:val="nil"/>
            </w:tcBorders>
          </w:tcPr>
          <w:p>
            <w:pPr>
              <w:jc w:val="center"/>
            </w:pPr>
            <w:r>
              <w:t>_________________________________________________________</w:t>
            </w:r>
          </w:p>
        </w:tc>
        <w:tc>
          <w:tcPr>
            <w:tcW w:type="dxa" w:w="4986"/>
            <w:tcBorders>
              <w:top w:val="nil"/>
              <w:left w:val="nil"/>
              <w:bottom w:val="nil"/>
              <w:right w:val="nil"/>
              <w:insideH w:val="nil"/>
              <w:insideV w:val="nil"/>
            </w:tcBorders>
          </w:tcPr>
          <w:p>
            <w:pPr>
              <w:jc w:val="center"/>
            </w:pPr>
            <w:r>
              <w:t>_________________________________________________________</w:t>
            </w:r>
          </w:p>
        </w:tc>
      </w:tr>
      <w:tr>
        <w:tc>
          <w:tcPr>
            <w:tcW w:type="dxa" w:w="9972"/>
            <w:gridSpan w:val="2"/>
            <w:tcBorders>
              <w:top w:val="nil"/>
              <w:left w:val="nil"/>
              <w:bottom w:val="nil"/>
              <w:right w:val="nil"/>
              <w:insideH w:val="nil"/>
              <w:insideV w:val="nil"/>
            </w:tcBorders>
          </w:tcPr>
          <w:p>
            <w:pPr>
              <w:jc w:val="left"/>
            </w:pPr>
            <w:r>
              <w:t>Date: ______________________________________________________</w:t>
            </w:r>
          </w:p>
        </w:tc>
      </w:tr>
    </w:tbl>
    <w:p/>
    <w:p/>
    <w:p>
      <w:r>
        <w:rPr>
          <w:b/>
          <w:sz w:val="20"/>
        </w:rPr>
        <w:t>Thank you for entrusting us with your child's summer experience. We look forward to a fun and safe summer camp session.</w:t>
      </w:r>
    </w:p>
    <w:p/>
    <w:p/>
    <w:p>
      <w:r>
        <w:rPr>
          <w:b w:val="0"/>
          <w:sz w:val="20"/>
        </w:rPr>
        <w:t>Sincerely,</w:t>
      </w:r>
    </w:p>
    <w:p>
      <w:r>
        <w:rPr>
          <w:b w:val="0"/>
          <w:sz w:val="20"/>
        </w:rPr>
        <w:t>Summer Camp Administration</w:t>
      </w:r>
    </w:p>
    <w:p>
      <w:r>
        <w:rPr>
          <w:b w:val="0"/>
          <w:sz w:val="20"/>
        </w:rPr>
        <w:t>_________________________________________________________</w:t>
      </w:r>
    </w:p>
    <w:p>
      <w:r>
        <w:rPr>
          <w:b w:val="0"/>
          <w:sz w:val="20"/>
        </w:rPr>
        <w:t>Signature</w:t>
      </w:r>
    </w:p>
    <w:p/>
    <w:p>
      <w:r>
        <w:br w:type="page"/>
      </w:r>
    </w:p>
    <w:p>
      <w:pPr>
        <w:jc w:val="center"/>
      </w:pPr>
      <w:r>
        <w:rPr>
          <w:color w:val="555555"/>
          <w:sz w:val="24"/>
        </w:rPr>
        <w:t>Original source of this document:</w:t>
      </w:r>
    </w:p>
    <w:p>
      <w:pPr>
        <w:jc w:val="center"/>
      </w:pPr>
      <w:hyperlink r:id="rId9">
        <w:r>
          <w:rPr>
            <w:color w:val="0000FF"/>
            <w:u w:val="single"/>
          </w:rPr>
          <w:t>https://lettertemplate-us.com/summer-camp-letter-to-parents/</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summer-camp-letter-to-parents/"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