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TN VISA EMPLOYMENT SUPPORT LETTER</w:t>
      </w:r>
    </w:p>
    <w:p/>
    <w:p/>
    <w:p>
      <w:r>
        <w:rPr>
          <w:b w:val="0"/>
          <w:sz w:val="20"/>
        </w:rPr>
        <w:t>To Whom It May Concern:</w:t>
      </w:r>
    </w:p>
    <w:p/>
    <w:p>
      <w:r>
        <w:rPr>
          <w:b w:val="0"/>
          <w:sz w:val="20"/>
        </w:rPr>
        <w:t>This letter serves as a formal support document for the application of a TN Visa under the United States-Canada-Mexico Agreement (USMCA). The undersigned employer confirms the intent to employ the prospective TN visa applicant in accordance with all applicable United States laws and regulations governing nonimmigrant work authorization.</w:t>
      </w:r>
    </w:p>
    <w:p/>
    <w:p/>
    <w:p>
      <w:r>
        <w:rPr>
          <w:b/>
          <w:sz w:val="20"/>
        </w:rPr>
        <w:t>EMPLOYER INFORMATION</w:t>
      </w:r>
    </w:p>
    <w:p>
      <w:r>
        <w:rPr>
          <w:b w:val="0"/>
          <w:sz w:val="20"/>
        </w:rPr>
        <w:t>Company Name: ___________________________________________________________</w:t>
      </w:r>
    </w:p>
    <w:p>
      <w:r>
        <w:rPr>
          <w:b w:val="0"/>
          <w:sz w:val="20"/>
        </w:rPr>
        <w:t>Address: ________________________________________________________________</w:t>
      </w:r>
    </w:p>
    <w:p>
      <w:r>
        <w:rPr>
          <w:b w:val="0"/>
          <w:sz w:val="20"/>
        </w:rPr>
        <w:t>City, State, ZIP Code: ____________________________________________________</w:t>
      </w:r>
    </w:p>
    <w:p>
      <w:r>
        <w:rPr>
          <w:b w:val="0"/>
          <w:sz w:val="20"/>
        </w:rPr>
        <w:t>Telephone Number: ________________________________________________________</w:t>
      </w:r>
    </w:p>
    <w:p>
      <w:r>
        <w:rPr>
          <w:b w:val="0"/>
          <w:sz w:val="20"/>
        </w:rPr>
        <w:t>Employer Identification Number (EIN): ______________________________________</w:t>
      </w:r>
    </w:p>
    <w:p/>
    <w:p/>
    <w:p>
      <w:r>
        <w:rPr>
          <w:b/>
          <w:sz w:val="20"/>
        </w:rPr>
        <w:t>PROSPECTIVE EMPLOYEE INFORMATION</w:t>
      </w:r>
    </w:p>
    <w:p>
      <w:r>
        <w:rPr>
          <w:b w:val="0"/>
          <w:sz w:val="20"/>
        </w:rPr>
        <w:t>Full Name: _______________________________________________________________</w:t>
      </w:r>
    </w:p>
    <w:p>
      <w:r>
        <w:rPr>
          <w:b w:val="0"/>
          <w:sz w:val="20"/>
        </w:rPr>
        <w:t>Country of Citizenship: ___________________________________________________</w:t>
      </w:r>
    </w:p>
    <w:p>
      <w:r>
        <w:rPr>
          <w:b w:val="0"/>
          <w:sz w:val="20"/>
        </w:rPr>
        <w:t>Passport Number: _________________________________________________________</w:t>
      </w:r>
    </w:p>
    <w:p>
      <w:r>
        <w:rPr>
          <w:b w:val="0"/>
          <w:sz w:val="20"/>
        </w:rPr>
        <w:t>Intended Position/Profession under TN Classification: _______________________</w:t>
      </w:r>
    </w:p>
    <w:p>
      <w:r>
        <w:rPr>
          <w:b/>
          <w:sz w:val="20"/>
        </w:rPr>
        <w:t>Proposed Duties and Responsibilities:</w:t>
      </w:r>
    </w:p>
    <w:p>
      <w:r>
        <w:rPr>
          <w:b w:val="0"/>
          <w:sz w:val="20"/>
        </w:rPr>
        <w:t>__________________________________________________________________________</w:t>
      </w:r>
    </w:p>
    <w:p>
      <w:r>
        <w:rPr>
          <w:b w:val="0"/>
          <w:sz w:val="20"/>
        </w:rPr>
        <w:t>__________________________________________________________________________</w:t>
      </w:r>
    </w:p>
    <w:p>
      <w:r>
        <w:rPr>
          <w:b w:val="0"/>
          <w:sz w:val="20"/>
        </w:rPr>
        <w:t>__________________________________________________________________________</w:t>
      </w:r>
    </w:p>
    <w:p/>
    <w:p/>
    <w:p>
      <w:r>
        <w:rPr>
          <w:b/>
          <w:sz w:val="20"/>
        </w:rPr>
        <w:t>JOB OFFER DETAILS</w:t>
      </w:r>
    </w:p>
    <w:p>
      <w:r>
        <w:rPr>
          <w:b w:val="0"/>
          <w:sz w:val="20"/>
        </w:rPr>
        <w:t>Start Date: ______________________________________________________________</w:t>
      </w:r>
    </w:p>
    <w:p>
      <w:r>
        <w:rPr>
          <w:b w:val="0"/>
          <w:sz w:val="20"/>
        </w:rPr>
        <w:t>Duration of Employment: __________________________________________________</w:t>
      </w:r>
    </w:p>
    <w:p>
      <w:r>
        <w:rPr>
          <w:b w:val="0"/>
          <w:sz w:val="20"/>
        </w:rPr>
        <w:t>Work Location(s): ________________________________________________________</w:t>
      </w:r>
    </w:p>
    <w:p>
      <w:r>
        <w:rPr>
          <w:b w:val="0"/>
          <w:sz w:val="20"/>
        </w:rPr>
        <w:t>Salary and Compensation: _________________________________________________</w:t>
      </w:r>
    </w:p>
    <w:p>
      <w:r>
        <w:rPr>
          <w:b w:val="0"/>
          <w:sz w:val="20"/>
        </w:rPr>
        <w:t>Benefits (if any): ________________________________________________________</w:t>
      </w:r>
    </w:p>
    <w:p/>
    <w:p/>
    <w:p>
      <w:r>
        <w:rPr>
          <w:b/>
          <w:sz w:val="20"/>
        </w:rPr>
        <w:t>QUALIFICATIONS AND COMPLIANCE</w:t>
      </w:r>
    </w:p>
    <w:p>
      <w:r>
        <w:rPr>
          <w:b w:val="0"/>
          <w:sz w:val="20"/>
        </w:rPr>
        <w:t>The prospective employee meets all the educational and professional qualifications required for the TN visa category as specified under USMCA regulations. The employer confirms that the employment offered is temporary, non-immigrant in nature, and the position qualifies under the TN visa professional list as defined by the United States Citizenship and Immigration Services (USCIS).</w:t>
      </w:r>
    </w:p>
    <w:p/>
    <w:p>
      <w:r>
        <w:rPr>
          <w:b w:val="0"/>
          <w:sz w:val="20"/>
        </w:rPr>
        <w:t>The employer agrees to comply with all applicable federal and state labor laws and regulations, including but not limited to wage and hour laws, workplace safety, and nondiscrimination provisions. The employer confirms that the TN visa applicant will not displace a U.S. worker nor adversely affect working conditions.</w:t>
      </w:r>
    </w:p>
    <w:p/>
    <w:p/>
    <w:p>
      <w:r>
        <w:rPr>
          <w:b/>
          <w:sz w:val="20"/>
        </w:rPr>
        <w:t>TERMS AND CONDITIONS OF EMPLOYMENT</w:t>
      </w:r>
    </w:p>
    <w:p>
      <w:r>
        <w:rPr>
          <w:b w:val="0"/>
          <w:sz w:val="20"/>
        </w:rPr>
        <w:t>1. The employment is for a full-time position consistent with the TN visa classification stated above.</w:t>
      </w:r>
    </w:p>
    <w:p>
      <w:r>
        <w:rPr>
          <w:b w:val="0"/>
          <w:sz w:val="20"/>
        </w:rPr>
        <w:t>2. The employee shall perform duties exclusively for the employer at the stated location(s).</w:t>
      </w:r>
    </w:p>
    <w:p>
      <w:r>
        <w:rPr>
          <w:b w:val="0"/>
          <w:sz w:val="20"/>
        </w:rPr>
        <w:t>3. The employer retains the right to terminate employment consistent with applicable laws and employment agreements.</w:t>
      </w:r>
    </w:p>
    <w:p>
      <w:r>
        <w:rPr>
          <w:b w:val="0"/>
          <w:sz w:val="20"/>
        </w:rPr>
        <w:t>4. The employee agrees to abide by all workplace policies and applicable laws.</w:t>
      </w:r>
    </w:p>
    <w:p>
      <w:r>
        <w:rPr>
          <w:b w:val="0"/>
          <w:sz w:val="20"/>
        </w:rPr>
        <w:t>5. The employer will notify appropriate authorities should the employment be terminated prior to the stated end date.</w:t>
      </w:r>
    </w:p>
    <w:p/>
    <w:p/>
    <w:p>
      <w:r>
        <w:rPr>
          <w:b/>
          <w:sz w:val="20"/>
        </w:rPr>
        <w:t>EMPLOYER REPRESENTATIVE</w:t>
      </w:r>
    </w:p>
    <w:p>
      <w:r>
        <w:rPr>
          <w:b w:val="0"/>
          <w:sz w:val="20"/>
        </w:rPr>
        <w:t>Name: _________________________________________________________________</w:t>
      </w:r>
    </w:p>
    <w:p>
      <w:r>
        <w:rPr>
          <w:b w:val="0"/>
          <w:sz w:val="20"/>
        </w:rPr>
        <w:t>Title/Position: _________________________________________________________</w:t>
      </w:r>
    </w:p>
    <w:p>
      <w:r>
        <w:rPr>
          <w:b w:val="0"/>
          <w:sz w:val="20"/>
        </w:rPr>
        <w:t>Signature: _____________________________________________________________</w:t>
      </w:r>
    </w:p>
    <w:p>
      <w:r>
        <w:rPr>
          <w:b w:val="0"/>
          <w:sz w:val="20"/>
        </w:rPr>
        <w:t>Date: _________________________________________________________________</w:t>
      </w:r>
    </w:p>
    <w:p/>
    <w:p/>
    <w:p>
      <w:r>
        <w:rPr>
          <w:b/>
          <w:sz w:val="20"/>
        </w:rPr>
        <w:t>DECLARATION AND CERTIFICATION</w:t>
      </w:r>
    </w:p>
    <w:p>
      <w:r>
        <w:rPr>
          <w:b w:val="0"/>
          <w:sz w:val="20"/>
        </w:rPr>
        <w:t>I hereby declare under penalty of perjury under the laws of the United States of America that the foregoing is true and correct to the best of my knowledge.</w:t>
      </w:r>
    </w:p>
    <w:p/>
    <w:p/>
    <w:p>
      <w:r>
        <w:rPr>
          <w:b/>
          <w:sz w:val="20"/>
        </w:rPr>
        <w:t>PROSPECTIVE EMPLOYEE ACKNOWLEDGMENT</w:t>
      </w:r>
    </w:p>
    <w:p>
      <w:r>
        <w:rPr>
          <w:b w:val="0"/>
          <w:sz w:val="20"/>
        </w:rPr>
        <w:t>I acknowledge the terms and conditions of employment as stated above and certify that I meet the qualifications necessary for the TN visa category.</w:t>
      </w:r>
    </w:p>
    <w:p>
      <w:r>
        <w:rPr>
          <w:b w:val="0"/>
          <w:sz w:val="20"/>
        </w:rPr>
        <w:t>Signature: ______________________________________________________________</w:t>
      </w:r>
    </w:p>
    <w:p>
      <w:r>
        <w:rPr>
          <w:b w:val="0"/>
          <w:sz w:val="20"/>
        </w:rPr>
        <w:t>Date: _________________________________________________________________</w:t>
      </w:r>
    </w:p>
    <w:p/>
    <w:p/>
    <w:p>
      <w:r>
        <w:rPr>
          <w:b/>
          <w:sz w:val="20"/>
        </w:rPr>
        <w:t>FOR VERIFICATION OR ADDITIONAL INFORMATION, PLEASE CONTACT:</w:t>
      </w:r>
    </w:p>
    <w:p>
      <w:r>
        <w:rPr>
          <w:b w:val="0"/>
          <w:sz w:val="20"/>
        </w:rPr>
        <w:t>Name: _________________________________________________________________</w:t>
      </w:r>
    </w:p>
    <w:p>
      <w:r>
        <w:rPr>
          <w:b w:val="0"/>
          <w:sz w:val="20"/>
        </w:rPr>
        <w:t>Title: _________________________________________________________________</w:t>
      </w:r>
    </w:p>
    <w:p>
      <w:r>
        <w:rPr>
          <w:b w:val="0"/>
          <w:sz w:val="20"/>
        </w:rPr>
        <w:t>Telephone: _____________________________________________________________</w:t>
      </w:r>
    </w:p>
    <w:p>
      <w:r>
        <w:rPr>
          <w:b w:val="0"/>
          <w:sz w:val="20"/>
        </w:rPr>
        <w:t>Email: _________________________________________________________________</w:t>
      </w:r>
    </w:p>
    <w:p/>
    <w:p/>
    <w:p>
      <w:r>
        <w:rPr>
          <w:b/>
          <w:sz w:val="20"/>
        </w:rPr>
        <w:t>IMPORTANT NOTES:</w:t>
      </w:r>
    </w:p>
    <w:p>
      <w:r>
        <w:rPr>
          <w:b w:val="0"/>
          <w:sz w:val="20"/>
        </w:rPr>
        <w:t>This letter is intended solely to support the TN visa application process and does not constitute a contract of employment. Employment is subject to all applicable laws, regulations, and employer policies.</w:t>
      </w:r>
    </w:p>
    <w:p>
      <w:r>
        <w:rPr>
          <w:b w:val="0"/>
          <w:sz w:val="20"/>
        </w:rPr>
        <w:t>The TN visa applicant must maintain lawful status and comply with all U.S. immigration requirements throughout the period of employment.</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EMPLOYER REPRESENTATIVE</w:t>
            </w:r>
          </w:p>
        </w:tc>
        <w:tc>
          <w:tcPr>
            <w:tcW w:type="dxa" w:w="4986"/>
            <w:tcBorders>
              <w:top w:val="nil"/>
              <w:left w:val="nil"/>
              <w:bottom w:val="nil"/>
              <w:right w:val="nil"/>
              <w:insideH w:val="nil"/>
              <w:insideV w:val="nil"/>
            </w:tcBorders>
          </w:tcPr>
          <w:p>
            <w:pPr>
              <w:jc w:val="center"/>
            </w:pPr>
            <w:r>
              <w:t>PROSPECTIVE EMPLOYEE</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w:t>
              <w:br/>
              <w:t>Date: __________________</w:t>
            </w:r>
          </w:p>
        </w:tc>
        <w:tc>
          <w:tcPr>
            <w:tcW w:type="dxa" w:w="4986"/>
            <w:tcBorders>
              <w:top w:val="nil"/>
              <w:left w:val="nil"/>
              <w:bottom w:val="nil"/>
              <w:right w:val="nil"/>
              <w:insideH w:val="nil"/>
              <w:insideV w:val="nil"/>
            </w:tcBorders>
          </w:tcPr>
          <w:p>
            <w:pPr>
              <w:jc w:val="center"/>
            </w:pPr>
            <w:r>
              <w:t>Name: _______________________________</w:t>
              <w:br/>
              <w:t>Date: 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https://lettertemplate-us.com/tn-visa-letter/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https://lettertemplate-us.com</w:t>
        </w:r>
      </w:hyperlink>
    </w:p>
    <w:p>
      <w:pPr>
        <w:jc w:val="center"/>
      </w:pPr>
      <w:r>
        <w:rPr>
          <w:color w:val="808080"/>
          <w:sz w:val="20"/>
        </w:rPr>
        <w:t>This template is intended exclusively for personal, non-commercial use.</w:t>
        <w:br/>
        <w:t>If distributed or published, the source must be mentioned. © lettertemplate-us.com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template-us.com/tn-visa-letter/" TargetMode="External"/><Relationship Id="rId10" Type="http://schemas.openxmlformats.org/officeDocument/2006/relationships/hyperlink" Target="https://letter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