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UNDERPAYMENT APPEAL LETTER</w:t>
      </w:r>
    </w:p>
    <w:p/>
    <w:p/>
    <w:p>
      <w:r>
        <w:rPr>
          <w:b/>
          <w:sz w:val="20"/>
        </w:rPr>
        <w:t>Sender Information:</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City, State ZIP Code: 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To:</w:t>
      </w:r>
    </w:p>
    <w:p>
      <w:r>
        <w:rPr>
          <w:b w:val="0"/>
          <w:sz w:val="20"/>
        </w:rPr>
        <w:t>Name/Department: _____________________________________________________</w:t>
      </w:r>
    </w:p>
    <w:p>
      <w:r>
        <w:rPr>
          <w:b w:val="0"/>
          <w:sz w:val="20"/>
        </w:rPr>
        <w:t>Company/Agency: ______________________________________________________</w:t>
      </w:r>
    </w:p>
    <w:p>
      <w:r>
        <w:rPr>
          <w:b w:val="0"/>
          <w:sz w:val="20"/>
        </w:rPr>
        <w:t>Address: _______________________________________________________________</w:t>
      </w:r>
    </w:p>
    <w:p>
      <w:r>
        <w:rPr>
          <w:b w:val="0"/>
          <w:sz w:val="20"/>
        </w:rPr>
        <w:t>City, State ZIP Code: __________________________________________________</w:t>
      </w:r>
    </w:p>
    <w:p/>
    <w:p/>
    <w:p>
      <w:r>
        <w:rPr>
          <w:b/>
          <w:sz w:val="20"/>
        </w:rPr>
        <w:t>Subject: Appeal Against Underpayment</w:t>
      </w:r>
    </w:p>
    <w:p/>
    <w:p>
      <w:r>
        <w:rPr>
          <w:b w:val="0"/>
          <w:sz w:val="20"/>
        </w:rPr>
        <w:t>Dear Sir or Madam,</w:t>
      </w:r>
    </w:p>
    <w:p/>
    <w:p>
      <w:r>
        <w:rPr>
          <w:b w:val="0"/>
          <w:sz w:val="20"/>
        </w:rPr>
        <w:t>I am writing to formally appeal the underpayment of wages for the work I performed. I believe that I have not been compensated fairly in accordance with my employment agreement and applicable laws. This letter serves as my official request for review and correction of the payment discrepancy.</w:t>
      </w:r>
    </w:p>
    <w:p/>
    <w:p>
      <w:r>
        <w:rPr>
          <w:b/>
          <w:sz w:val="20"/>
        </w:rPr>
        <w:t>Employment Details:</w:t>
      </w:r>
    </w:p>
    <w:p>
      <w:r>
        <w:rPr>
          <w:b w:val="0"/>
          <w:sz w:val="20"/>
        </w:rPr>
        <w:t>Employee Name: ________________________________________________________</w:t>
      </w:r>
    </w:p>
    <w:p>
      <w:r>
        <w:rPr>
          <w:b w:val="0"/>
          <w:sz w:val="20"/>
        </w:rPr>
        <w:t>Position/Title: _________________________________________________________</w:t>
      </w:r>
    </w:p>
    <w:p>
      <w:r>
        <w:rPr>
          <w:b w:val="0"/>
          <w:sz w:val="20"/>
        </w:rPr>
        <w:t>Employment Period: ____________________________________________________</w:t>
      </w:r>
    </w:p>
    <w:p>
      <w:r>
        <w:rPr>
          <w:b w:val="0"/>
          <w:sz w:val="20"/>
        </w:rPr>
        <w:t>Supervisor/Manager: ____________________________________________________</w:t>
      </w:r>
    </w:p>
    <w:p/>
    <w:p>
      <w:r>
        <w:rPr>
          <w:b/>
          <w:sz w:val="20"/>
        </w:rPr>
        <w:t>Payment Discrepancy Details:</w:t>
      </w:r>
    </w:p>
    <w:p>
      <w:r>
        <w:rPr>
          <w:b w:val="0"/>
          <w:sz w:val="20"/>
        </w:rPr>
        <w:t>Pay Period(s) Affected: ________________________________________________</w:t>
      </w:r>
    </w:p>
    <w:p>
      <w:r>
        <w:rPr>
          <w:b w:val="0"/>
          <w:sz w:val="20"/>
        </w:rPr>
        <w:t>Hours Worked (if applicable): __________________________________________</w:t>
      </w:r>
    </w:p>
    <w:p>
      <w:r>
        <w:rPr>
          <w:b w:val="0"/>
          <w:sz w:val="20"/>
        </w:rPr>
        <w:t>Agreed Pay Rate: ______________________________________________________</w:t>
      </w:r>
    </w:p>
    <w:p>
      <w:r>
        <w:rPr>
          <w:b w:val="0"/>
          <w:sz w:val="20"/>
        </w:rPr>
        <w:t>Amount Paid: __________________________________________________________</w:t>
      </w:r>
    </w:p>
    <w:p>
      <w:r>
        <w:rPr>
          <w:b w:val="0"/>
          <w:sz w:val="20"/>
        </w:rPr>
        <w:t>Amount Owed: __________________________________________________________</w:t>
      </w:r>
    </w:p>
    <w:p/>
    <w:p>
      <w:r>
        <w:rPr>
          <w:b/>
          <w:sz w:val="20"/>
        </w:rPr>
        <w:t>Basis for Appeal:</w:t>
      </w:r>
    </w:p>
    <w:p>
      <w:r>
        <w:rPr>
          <w:b w:val="0"/>
          <w:sz w:val="20"/>
        </w:rPr>
        <w:t>I have reviewed my records and the terms of my employment, and I have identified the following issues which support my claim:</w:t>
      </w:r>
    </w:p>
    <w:p>
      <w:r>
        <w:rPr>
          <w:b w:val="0"/>
          <w:sz w:val="20"/>
        </w:rPr>
        <w:t>1. Failure to pay the agreed hourly/salary rate as stated in my contract.</w:t>
      </w:r>
    </w:p>
    <w:p>
      <w:r>
        <w:rPr>
          <w:b w:val="0"/>
          <w:sz w:val="20"/>
        </w:rPr>
        <w:t>2. Non-compensation for overtime hours worked in accordance with the Fair Labor Standards Act (FLSA).</w:t>
      </w:r>
    </w:p>
    <w:p>
      <w:r>
        <w:rPr>
          <w:b w:val="0"/>
          <w:sz w:val="20"/>
        </w:rPr>
        <w:t>3. Deductions made without prior written consent and not authorized by law.</w:t>
      </w:r>
    </w:p>
    <w:p>
      <w:r>
        <w:rPr>
          <w:b w:val="0"/>
          <w:sz w:val="20"/>
        </w:rPr>
        <w:t>4. Other discrepancies or errors in payroll calculations (please specify): ________________</w:t>
      </w:r>
    </w:p>
    <w:p/>
    <w:p>
      <w:r>
        <w:rPr>
          <w:b/>
          <w:sz w:val="20"/>
        </w:rPr>
        <w:t>Legal References:</w:t>
      </w:r>
    </w:p>
    <w:p>
      <w:r>
        <w:rPr>
          <w:b w:val="0"/>
          <w:sz w:val="20"/>
        </w:rPr>
        <w:t>Under United States federal law, specifically the Fair Labor Standards Act (FLSA), employees are entitled to receive at least the federal minimum wage and overtime pay for hours worked beyond 40 in a workweek, unless otherwise exempted. Additionally, state labor laws may provide further protections. Employers are prohibited from making unauthorized deductions and must maintain accurate payroll records.</w:t>
      </w:r>
    </w:p>
    <w:p/>
    <w:p>
      <w:r>
        <w:rPr>
          <w:b/>
          <w:sz w:val="20"/>
        </w:rPr>
        <w:t>Requested Remedy:</w:t>
      </w:r>
    </w:p>
    <w:p>
      <w:r>
        <w:rPr>
          <w:b w:val="0"/>
          <w:sz w:val="20"/>
        </w:rPr>
        <w:t>I respectfully request the following actions to resolve this matter promptly:</w:t>
      </w:r>
    </w:p>
    <w:p>
      <w:r>
        <w:rPr>
          <w:b w:val="0"/>
          <w:sz w:val="20"/>
        </w:rPr>
        <w:t>• A full review of my wage payments for the periods specified above.</w:t>
      </w:r>
    </w:p>
    <w:p>
      <w:r>
        <w:rPr>
          <w:b w:val="0"/>
          <w:sz w:val="20"/>
        </w:rPr>
        <w:t>• Payment of all wages owed, including any applicable interest or penalties.</w:t>
      </w:r>
    </w:p>
    <w:p>
      <w:r>
        <w:rPr>
          <w:b w:val="0"/>
          <w:sz w:val="20"/>
        </w:rPr>
        <w:t>• Assurance that future payments will comply with all applicable laws and employment agreements.</w:t>
      </w:r>
    </w:p>
    <w:p/>
    <w:p>
      <w:r>
        <w:rPr>
          <w:b/>
          <w:sz w:val="20"/>
        </w:rPr>
        <w:t>Attached Documentation:</w:t>
      </w:r>
    </w:p>
    <w:p>
      <w:r>
        <w:rPr>
          <w:b w:val="0"/>
          <w:sz w:val="20"/>
        </w:rPr>
        <w:t>Please find enclosed copies of the following documents in support of my claim:</w:t>
      </w:r>
    </w:p>
    <w:p>
      <w:r>
        <w:rPr>
          <w:b w:val="0"/>
          <w:sz w:val="20"/>
        </w:rPr>
        <w:t>• Employment contract or agreement.</w:t>
      </w:r>
    </w:p>
    <w:p>
      <w:r>
        <w:rPr>
          <w:b w:val="0"/>
          <w:sz w:val="20"/>
        </w:rPr>
        <w:t>• Pay stubs and wage statements.</w:t>
      </w:r>
    </w:p>
    <w:p>
      <w:r>
        <w:rPr>
          <w:b w:val="0"/>
          <w:sz w:val="20"/>
        </w:rPr>
        <w:t>• Time sheets or records of hours worked.</w:t>
      </w:r>
    </w:p>
    <w:p>
      <w:r>
        <w:rPr>
          <w:b w:val="0"/>
          <w:sz w:val="20"/>
        </w:rPr>
        <w:t>• Correspondence related to pay disputes.</w:t>
      </w:r>
    </w:p>
    <w:p/>
    <w:p>
      <w:r>
        <w:rPr>
          <w:b w:val="0"/>
          <w:sz w:val="20"/>
        </w:rPr>
        <w:t>I trust that this matter will be given immediate attention to ensure compliance with all legal requirements and to rectify the underpayment. Should additional information be required, please contact me at the details provided above. I look forward to your prompt response.</w:t>
      </w:r>
    </w:p>
    <w:p/>
    <w:p/>
    <w:p>
      <w:r>
        <w:rPr>
          <w:b w:val="0"/>
          <w:sz w:val="20"/>
        </w:rPr>
        <w:t>Sincerely,</w:t>
      </w:r>
    </w:p>
    <w:p/>
    <w:p/>
    <w:p/>
    <w:p>
      <w:r>
        <w:rPr>
          <w:b w:val="0"/>
          <w:sz w:val="20"/>
        </w:rPr>
        <w:t>______________________________________________</w:t>
      </w:r>
    </w:p>
    <w:p>
      <w:r>
        <w:rPr>
          <w:b w:val="0"/>
          <w:sz w:val="20"/>
        </w:rPr>
        <w:t>Signature</w:t>
      </w:r>
    </w:p>
    <w:p/>
    <w:p>
      <w:r>
        <w:rPr>
          <w:b w:val="0"/>
          <w:sz w:val="20"/>
        </w:rPr>
        <w:t>______________________________________________</w:t>
      </w:r>
    </w:p>
    <w:p>
      <w:r>
        <w:rPr>
          <w:b w:val="0"/>
          <w:sz w:val="20"/>
        </w:rPr>
        <w:t>Printed Name</w:t>
      </w:r>
    </w:p>
    <w:p/>
    <w:p/>
    <w:p>
      <w:r>
        <w:rPr>
          <w:b w:val="0"/>
          <w:sz w:val="20"/>
        </w:rPr>
        <w:t>Date: _________________________________________________________________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Employee</w:t>
            </w:r>
          </w:p>
        </w:tc>
        <w:tc>
          <w:tcPr>
            <w:tcW w:type="dxa" w:w="4986"/>
            <w:tcBorders>
              <w:top w:val="nil"/>
              <w:left w:val="nil"/>
              <w:bottom w:val="nil"/>
              <w:right w:val="nil"/>
              <w:insideH w:val="nil"/>
              <w:insideV w:val="nil"/>
            </w:tcBorders>
          </w:tcPr>
          <w:p>
            <w:pPr>
              <w:jc w:val="center"/>
            </w:pPr>
            <w:r>
              <w:t>Employer/Representative</w:t>
            </w:r>
          </w:p>
        </w:tc>
      </w:tr>
      <w:tr>
        <w:tc>
          <w:tcPr>
            <w:tcW w:type="dxa" w:w="4986"/>
            <w:tcBorders>
              <w:top w:val="nil"/>
              <w:left w:val="nil"/>
              <w:bottom w:val="nil"/>
              <w:right w:val="nil"/>
              <w:insideH w:val="nil"/>
              <w:insideV w:val="nil"/>
            </w:tcBorders>
          </w:tcPr>
          <w:p>
            <w:pPr>
              <w:jc w:val="center"/>
            </w:pPr>
            <w:r>
              <w:br/>
              <w:t>Signature: ________________________________</w:t>
            </w:r>
          </w:p>
        </w:tc>
        <w:tc>
          <w:tcPr>
            <w:tcW w:type="dxa" w:w="4986"/>
            <w:tcBorders>
              <w:top w:val="nil"/>
              <w:left w:val="nil"/>
              <w:bottom w:val="nil"/>
              <w:right w:val="nil"/>
              <w:insideH w:val="nil"/>
              <w:insideV w:val="nil"/>
            </w:tcBorders>
          </w:tcPr>
          <w:p>
            <w:pPr>
              <w:jc w:val="center"/>
            </w:pPr>
            <w:r>
              <w:br/>
              <w:t>Signature: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https://lettertemplate-us.com/underpayment-appeal-letter/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underpayment-appeal-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