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VENDOR LETTER</w:t>
      </w:r>
    </w:p>
    <w:p/>
    <w:p>
      <w:r>
        <w:rPr>
          <w:b/>
          <w:sz w:val="20"/>
        </w:rPr>
        <w:t>TO WHOM IT MAY CONCERN,</w:t>
      </w:r>
    </w:p>
    <w:p/>
    <w:p>
      <w:r>
        <w:rPr>
          <w:b w:val="0"/>
          <w:sz w:val="20"/>
        </w:rPr>
        <w:t>This letter serves as a formal declaration from the undersigned Vendor regarding the sale, transfer, and conveyance of goods, products, or services as specified herein. This document outlines the Vendor’s representations, warranties, and obligations under United States law.</w:t>
      </w:r>
    </w:p>
    <w:p/>
    <w:p/>
    <w:p>
      <w:r>
        <w:rPr>
          <w:b/>
          <w:sz w:val="20"/>
        </w:rPr>
        <w:t>Vendor Information:</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____________________________________________________________________</w:t>
      </w:r>
    </w:p>
    <w:p>
      <w:r>
        <w:rPr>
          <w:b w:val="0"/>
          <w:sz w:val="20"/>
        </w:rPr>
        <w:t>City, State, Zip Code: 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Purchaser Information:</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____________________________________________________________________</w:t>
      </w:r>
    </w:p>
    <w:p>
      <w:r>
        <w:rPr>
          <w:b w:val="0"/>
          <w:sz w:val="20"/>
        </w:rPr>
        <w:t>City, State, Zip Code: 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Description of Goods or Services: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Terms of Sale:</w:t>
      </w:r>
    </w:p>
    <w:p>
      <w:r>
        <w:rPr>
          <w:b w:val="0"/>
          <w:sz w:val="20"/>
        </w:rPr>
        <w:t>Purchase Price: ___________________ USD</w:t>
      </w:r>
    </w:p>
    <w:p>
      <w:r>
        <w:rPr>
          <w:b w:val="0"/>
          <w:sz w:val="20"/>
        </w:rPr>
        <w:t>Payment Method: ______________________________________________________________</w:t>
      </w:r>
    </w:p>
    <w:p>
      <w:r>
        <w:rPr>
          <w:b w:val="0"/>
          <w:sz w:val="20"/>
        </w:rPr>
        <w:t>Delivery Terms: _______________________________________________________________</w:t>
      </w:r>
    </w:p>
    <w:p>
      <w:r>
        <w:rPr>
          <w:b w:val="0"/>
          <w:sz w:val="20"/>
        </w:rPr>
        <w:t>Warranty Terms (if any): ______________________________________________________</w:t>
      </w:r>
    </w:p>
    <w:p>
      <w:r>
        <w:rPr>
          <w:b w:val="0"/>
          <w:sz w:val="20"/>
        </w:rPr>
        <w:t>Additional Terms: _____________________________________________________________</w:t>
      </w:r>
    </w:p>
    <w:p/>
    <w:p>
      <w:r>
        <w:rPr>
          <w:b/>
          <w:sz w:val="20"/>
        </w:rPr>
        <w:t>Representations and Warranties:</w:t>
      </w:r>
    </w:p>
    <w:p>
      <w:r>
        <w:rPr>
          <w:b w:val="0"/>
          <w:sz w:val="20"/>
        </w:rPr>
        <w:t>The Vendor hereby represents and warrants to the Purchaser that:</w:t>
      </w:r>
    </w:p>
    <w:p>
      <w:r>
        <w:rPr>
          <w:b w:val="0"/>
          <w:sz w:val="20"/>
        </w:rPr>
        <w:t>1. The Vendor has full legal right, power, and authority to sell and transfer the described goods or services free and clear of any liens, claims, encumbrances, or restrictions.</w:t>
      </w:r>
    </w:p>
    <w:p>
      <w:r>
        <w:rPr>
          <w:b w:val="0"/>
          <w:sz w:val="20"/>
        </w:rPr>
        <w:t>2. The goods or services conform to the descriptions, specifications, and standards provided.</w:t>
      </w:r>
    </w:p>
    <w:p>
      <w:r>
        <w:rPr>
          <w:b w:val="0"/>
          <w:sz w:val="20"/>
        </w:rPr>
        <w:t>3. To the best of the Vendor’s knowledge, the goods are free from defects except those disclosed in writing.</w:t>
      </w:r>
    </w:p>
    <w:p>
      <w:r>
        <w:rPr>
          <w:b w:val="0"/>
          <w:sz w:val="20"/>
        </w:rPr>
        <w:t>4. The Vendor has complied and will comply with all applicable federal, state, and local laws and regulations related to the sale, transfer, and delivery of the goods or services.</w:t>
      </w:r>
    </w:p>
    <w:p/>
    <w:p>
      <w:r>
        <w:rPr>
          <w:b/>
          <w:sz w:val="20"/>
        </w:rPr>
        <w:t>Indemnification:</w:t>
      </w:r>
    </w:p>
    <w:p>
      <w:r>
        <w:rPr>
          <w:b w:val="0"/>
          <w:sz w:val="20"/>
        </w:rPr>
        <w:t>The Vendor agrees to indemnify, defend, and hold harmless the Purchaser and its affiliates, officers, directors, employees, and agents from and against any and all losses, liabilities, claims, damages, costs, and expenses (including reasonable attorneys’ fees) arising out of or related to any breach of the Vendor’s representations, warranties, or obligations herein or any claim related to the goods or services sold.</w:t>
      </w:r>
    </w:p>
    <w:p/>
    <w:p>
      <w:r>
        <w:rPr>
          <w:b/>
          <w:sz w:val="20"/>
        </w:rPr>
        <w:t>Limitation of Liability:</w:t>
      </w:r>
    </w:p>
    <w:p>
      <w:r>
        <w:rPr>
          <w:b w:val="0"/>
          <w:sz w:val="20"/>
        </w:rPr>
        <w:t>Except as expressly provided in this letter or as required by applicable law, the Vendor disclaims all other warranties, express or implied, including but not limited to warranties of merchantability and fitness for a particular purpose. The Vendor’s total liability under this letter shall not exceed the purchase price paid by the Purchaser.</w:t>
      </w:r>
    </w:p>
    <w:p/>
    <w:p>
      <w:r>
        <w:rPr>
          <w:b/>
          <w:sz w:val="20"/>
        </w:rPr>
        <w:t>Governing Law and Jurisdiction:</w:t>
      </w:r>
    </w:p>
    <w:p>
      <w:r>
        <w:rPr>
          <w:b w:val="0"/>
          <w:sz w:val="20"/>
        </w:rPr>
        <w:t>This Vendor Letter shall be governed by and construed in accordance with the laws of the United States and the State of ______________________________, without regard to its conflict of laws principles. Any dispute arising out of or relating to this Vendor Letter shall be subject to the exclusive jurisdiction of the state and federal courts located within said State.</w:t>
      </w:r>
    </w:p>
    <w:p/>
    <w:p>
      <w:r>
        <w:rPr>
          <w:b/>
          <w:sz w:val="20"/>
        </w:rPr>
        <w:t>Entire Agreement:</w:t>
      </w:r>
    </w:p>
    <w:p>
      <w:r>
        <w:rPr>
          <w:b w:val="0"/>
          <w:sz w:val="20"/>
        </w:rPr>
        <w:t>This letter constitutes the entire understanding between the parties with respect to the subject matter hereof and supersedes all prior or contemporaneous oral or written agreements, representations, or understandings. Any amendments or modifications must be in writing and signed by both parties.</w:t>
      </w:r>
    </w:p>
    <w:p/>
    <w:p/>
    <w:p>
      <w:r>
        <w:rPr>
          <w:b w:val="0"/>
          <w:sz w:val="20"/>
        </w:rPr>
        <w:t>IN WITNESS WHEREOF, the Vendor has executed this Vendor Letter as of the date set forth below.</w:t>
      </w:r>
    </w:p>
    <w:p/>
    <w:p/>
    <w:p>
      <w:r>
        <w:rPr>
          <w:b w:val="0"/>
          <w:sz w:val="20"/>
        </w:rPr>
        <w:t>Place of Signature: __________________________________________________________</w:t>
      </w:r>
    </w:p>
    <w:p>
      <w:r>
        <w:rPr>
          <w:b w:val="0"/>
          <w:sz w:val="20"/>
        </w:rPr>
        <w:t>Date of Signature: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PURCHASER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https://lettertemplate-us.com/vendor-letter/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vendo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