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VIOLATION</w:t>
      </w:r>
    </w:p>
    <w:p/>
    <w:p/>
    <w:p>
      <w:r>
        <w:rPr>
          <w:b/>
          <w:sz w:val="20"/>
        </w:rPr>
        <w:t>From:</w:t>
      </w:r>
    </w:p>
    <w:p>
      <w:r>
        <w:rPr>
          <w:b w:val="0"/>
          <w:sz w:val="20"/>
        </w:rPr>
        <w:t>Company/Organization Name: 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To:</w:t>
      </w:r>
    </w:p>
    <w:p>
      <w:r>
        <w:rPr>
          <w:b w:val="0"/>
          <w:sz w:val="20"/>
        </w:rPr>
        <w:t>Name: _________________________________________________________________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sz w:val="20"/>
        </w:rPr>
        <w:t>Subject: Notice of Violation and Demand for Corrective Action</w:t>
      </w:r>
    </w:p>
    <w:p/>
    <w:p/>
    <w:p>
      <w:r>
        <w:rPr>
          <w:b w:val="0"/>
          <w:sz w:val="20"/>
        </w:rPr>
        <w:t>Dear Sir/Madam,</w:t>
      </w:r>
    </w:p>
    <w:p/>
    <w:p>
      <w:r>
        <w:rPr>
          <w:b w:val="0"/>
          <w:sz w:val="20"/>
        </w:rPr>
        <w:t>This letter serves as a formal notice regarding a violation that has been observed pertaining to your actions or property. It is the intent of this notice to inform you of the nature of the violation, the corrective actions required, and the consequences of non-compliance pursuant to applicable United States laws and regulations.</w:t>
      </w:r>
    </w:p>
    <w:p/>
    <w:p>
      <w:r>
        <w:rPr>
          <w:b/>
          <w:sz w:val="22"/>
        </w:rPr>
        <w:t>1. Description of Violation</w:t>
      </w:r>
    </w:p>
    <w:p>
      <w:r>
        <w:rPr>
          <w:b w:val="0"/>
          <w:sz w:val="20"/>
        </w:rPr>
        <w:t>On behalf of the undersigned, it has been determined that the following violation has occurred:</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Provide detailed description of the violation, including dates, locations, and any relevant factual information supporting this notice.</w:t>
      </w:r>
    </w:p>
    <w:p/>
    <w:p>
      <w:r>
        <w:rPr>
          <w:b/>
          <w:sz w:val="22"/>
        </w:rPr>
        <w:t>2. Applicable Laws and Regulations</w:t>
      </w:r>
    </w:p>
    <w:p>
      <w:r>
        <w:rPr>
          <w:b w:val="0"/>
          <w:sz w:val="20"/>
        </w:rPr>
        <w:t>This violation constitutes a breach of the following laws, regulations, or policies:</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Specify relevant federal, state, or local statutes, ordinances, or contractual provisions that have been violated.</w:t>
      </w:r>
    </w:p>
    <w:p/>
    <w:p>
      <w:r>
        <w:rPr>
          <w:b/>
          <w:sz w:val="22"/>
        </w:rPr>
        <w:t>3. Required Corrective Actions</w:t>
      </w:r>
    </w:p>
    <w:p>
      <w:r>
        <w:rPr>
          <w:b w:val="0"/>
          <w:sz w:val="20"/>
        </w:rPr>
        <w:t>You are hereby demanded to take corrective action to remedy the violation as detailed below:</w:t>
      </w:r>
    </w:p>
    <w:p>
      <w:r>
        <w:rPr>
          <w:b w:val="0"/>
          <w:sz w:val="20"/>
        </w:rPr>
        <w:t>____________________________________________________________________________</w:t>
      </w:r>
    </w:p>
    <w:p>
      <w:r>
        <w:rPr>
          <w:b w:val="0"/>
          <w:sz w:val="20"/>
        </w:rPr>
        <w:t>____________________________________________________________________________</w:t>
      </w:r>
    </w:p>
    <w:p>
      <w:r>
        <w:rPr>
          <w:b w:val="0"/>
          <w:sz w:val="20"/>
        </w:rPr>
        <w:t>Please provide a detailed, specific description of the actions required to cure the violation, including timelines if applicable.</w:t>
      </w:r>
    </w:p>
    <w:p/>
    <w:p>
      <w:r>
        <w:rPr>
          <w:b/>
          <w:sz w:val="22"/>
        </w:rPr>
        <w:t>4. Consequences of Failure to Comply</w:t>
      </w:r>
    </w:p>
    <w:p>
      <w:r>
        <w:rPr>
          <w:b w:val="0"/>
          <w:sz w:val="20"/>
        </w:rPr>
        <w:t>Failure to comply with this notice and take the required corrective actions may result in one or more of the following:</w:t>
      </w:r>
    </w:p>
    <w:p>
      <w:r>
        <w:rPr>
          <w:b w:val="0"/>
          <w:sz w:val="20"/>
        </w:rPr>
        <w:t>- Legal action seeking injunctive relief, damages, and attorneys’ fees;</w:t>
      </w:r>
    </w:p>
    <w:p>
      <w:r>
        <w:rPr>
          <w:b w:val="0"/>
          <w:sz w:val="20"/>
        </w:rPr>
        <w:t>- Administrative penalties or fines imposed by regulatory agencies;</w:t>
      </w:r>
    </w:p>
    <w:p>
      <w:r>
        <w:rPr>
          <w:b w:val="0"/>
          <w:sz w:val="20"/>
        </w:rPr>
        <w:t>- Termination of contracts or agreements;</w:t>
      </w:r>
    </w:p>
    <w:p>
      <w:r>
        <w:rPr>
          <w:b w:val="0"/>
          <w:sz w:val="20"/>
        </w:rPr>
        <w:t>- Other remedies available under applicable law.</w:t>
      </w:r>
    </w:p>
    <w:p/>
    <w:p>
      <w:r>
        <w:rPr>
          <w:b/>
          <w:sz w:val="22"/>
        </w:rPr>
        <w:t>5. Opportunity to Respond or Discuss</w:t>
      </w:r>
    </w:p>
    <w:p>
      <w:r>
        <w:rPr>
          <w:b w:val="0"/>
          <w:sz w:val="20"/>
        </w:rPr>
        <w:t>You are encouraged to contact the undersigned promptly to discuss this matter, present any information or defenses, or seek clarification regarding the violation or corrective actions.</w:t>
      </w:r>
    </w:p>
    <w:p/>
    <w:p>
      <w:r>
        <w:rPr>
          <w:b/>
          <w:sz w:val="22"/>
        </w:rPr>
        <w:t>6. Reservation of Rights</w:t>
      </w:r>
    </w:p>
    <w:p>
      <w:r>
        <w:rPr>
          <w:b w:val="0"/>
          <w:sz w:val="20"/>
        </w:rPr>
        <w:t>This notice is without prejudice to any other rights or remedies available to the sender under law or contract, all of which are expressly reserved.</w:t>
      </w:r>
    </w:p>
    <w:p/>
    <w:p/>
    <w:p>
      <w:r>
        <w:rPr>
          <w:b w:val="0"/>
          <w:sz w:val="20"/>
        </w:rPr>
        <w:t>Please consider this letter as a serious and urgent matter requiring your immediate attention. Your cooperation to rectify the violation is appreciated to avoid escalation and ensure compliance.</w:t>
      </w:r>
    </w:p>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___________________________</w:t>
            </w:r>
          </w:p>
        </w:tc>
        <w:tc>
          <w:tcPr>
            <w:tcW w:type="dxa" w:w="4986"/>
            <w:tcBorders>
              <w:top w:val="nil"/>
              <w:left w:val="nil"/>
              <w:bottom w:val="nil"/>
              <w:right w:val="nil"/>
              <w:insideH w:val="nil"/>
              <w:insideV w:val="nil"/>
            </w:tcBorders>
          </w:tcPr>
          <w:p>
            <w:pPr>
              <w:jc w:val="center"/>
            </w:pPr>
            <w:r>
              <w:br/>
              <w:br/>
              <w:t>Signature: 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https://lettertemplate-us.com/violation-letter/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viol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